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OBRIGAÇÃO DE FAZER C/C INDENIZAÇÃO POR DANOS MORAIS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____________________________</w:t>
      </w:r>
    </w:p>
    <w:p/>
    <w:p>
      <w:r>
        <w:rPr>
          <w:b w:val="0"/>
          <w:sz w:val="20"/>
        </w:rPr>
        <w:t>NOME COMPLETO DO AUTOR, nacionalidade, estado civil, profissão, portador(a) do RG nº ________________, CPF nº ________________, residente e domiciliado(a) à ________________________________________________________________, por seu advogado infra-assinado (instrumento de mandato anexo), vem, respeitosamente, à presença de Vossa Excelência propor a presente</w:t>
      </w:r>
    </w:p>
    <w:p/>
    <w:p>
      <w:r>
        <w:rPr>
          <w:b w:val="0"/>
          <w:sz w:val="20"/>
        </w:rPr>
        <w:t>AÇÃO DE OBRIGAÇÃO DE FAZER C/C INDENIZAÇÃO POR DANOS MORAIS</w:t>
      </w:r>
    </w:p>
    <w:p/>
    <w:p>
      <w:r>
        <w:rPr>
          <w:b w:val="0"/>
          <w:sz w:val="20"/>
        </w:rPr>
        <w:t>em face de</w:t>
      </w:r>
    </w:p>
    <w:p/>
    <w:p>
      <w:r>
        <w:rPr>
          <w:b/>
          <w:sz w:val="20"/>
        </w:rPr>
        <w:t>NOME COMPLETO DO RÉU, pessoa jurídica de direito privado (ou física), inscrita no CNPJ/CPF sob o nº ________________, com sede/endereço à _________________________________________________________________, pelos fatos e fundamentos que passa a expor: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Autor contratou os serviços do Réu para ________________________________________________________________.</w:t>
      </w:r>
    </w:p>
    <w:p>
      <w:r>
        <w:rPr>
          <w:b w:val="0"/>
          <w:sz w:val="20"/>
        </w:rPr>
        <w:t>2. O Réu, entretanto, deixou de cumprir com a obrigação assumida, qual seja, ________________________________________________________________.</w:t>
      </w:r>
    </w:p>
    <w:p>
      <w:r>
        <w:rPr>
          <w:b w:val="0"/>
          <w:sz w:val="20"/>
        </w:rPr>
        <w:t>3. Tal inadimplemento causou inúmeros prejuízos ao Autor, que ficou impossibilitado de ________________________________________________________________.</w:t>
      </w:r>
    </w:p>
    <w:p>
      <w:r>
        <w:rPr>
          <w:b w:val="0"/>
          <w:sz w:val="20"/>
        </w:rPr>
        <w:t>4. Além disso, o comportamento do Réu gerou intenso abalo moral, considerando que ________________________________________________________________.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5. Conforme dispõe o artigo 186 do Código Civil, aquele que, por ação ou omissão voluntária, negligência ou imprudência, violar direito e causar dano a outrem, fica obrigado a reparar o dano.</w:t>
      </w:r>
    </w:p>
    <w:p>
      <w:r>
        <w:rPr>
          <w:b w:val="0"/>
          <w:sz w:val="20"/>
        </w:rPr>
        <w:t>6. O artigo 927 do Código Civil reforça que aquele que causar dano a outrem fica obrigado a repará-lo.</w:t>
      </w:r>
    </w:p>
    <w:p>
      <w:r>
        <w:rPr>
          <w:b w:val="0"/>
          <w:sz w:val="20"/>
        </w:rPr>
        <w:t>7. A obrigação de fazer é prevista no artigo 497 do Código de Processo Civil, que assegura ao credor a execução forçada da prestação.</w:t>
      </w:r>
    </w:p>
    <w:p>
      <w:r>
        <w:rPr>
          <w:b w:val="0"/>
          <w:sz w:val="20"/>
        </w:rPr>
        <w:t>8. Os danos morais restam evidenciados pelo sofrimento, angústia e humilhação suportados pelo Autor em decorrência da conduta do Réu.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a) A citação do Réu para que, querendo, apresente contestação no prazo legal, sob pena de revelia e confissão quanto à matéria de fato;</w:t>
      </w:r>
    </w:p>
    <w:p>
      <w:r>
        <w:rPr>
          <w:b w:val="0"/>
          <w:sz w:val="20"/>
        </w:rPr>
        <w:t>b) A condenação do Réu à obrigação de fazer consistente em ________________________________________________________________, no prazo que Vossa Excelência determinar;</w:t>
      </w:r>
    </w:p>
    <w:p>
      <w:r>
        <w:rPr>
          <w:b w:val="0"/>
          <w:sz w:val="20"/>
        </w:rPr>
        <w:t>c) A condenação do Réu ao pagamento de indenização por danos morais, em valor a ser arbitrado por este Juízo, não inferior a R$ ________________, considerando a extensão do dano e a capacidade econômica das partes;</w:t>
      </w:r>
    </w:p>
    <w:p>
      <w:r>
        <w:rPr>
          <w:b w:val="0"/>
          <w:sz w:val="20"/>
        </w:rPr>
        <w:t>d) A condenação do Réu ao pagamento das custas processuais e honorários advocatícios, estes fixados no percentual de 20% sobre o valor da condenação;</w:t>
      </w:r>
    </w:p>
    <w:p>
      <w:r>
        <w:rPr>
          <w:b w:val="0"/>
          <w:sz w:val="20"/>
        </w:rPr>
        <w:t>e) A concessão dos benefícios da justiça gratuita, nos termos da Lei nº 1.060/50 (se for o caso).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Protesta-se provar o alegado por todos os meios de prova admitidos em direito, especialmente:</w:t>
      </w:r>
    </w:p>
    <w:p/>
    <w:p>
      <w:r>
        <w:rPr>
          <w:b w:val="0"/>
          <w:sz w:val="20"/>
        </w:rPr>
        <w:t>- Prova documental;</w:t>
      </w:r>
    </w:p>
    <w:p>
      <w:r>
        <w:rPr>
          <w:b w:val="0"/>
          <w:sz w:val="20"/>
        </w:rPr>
        <w:t>- Prova testemunhal;</w:t>
      </w:r>
    </w:p>
    <w:p>
      <w:r>
        <w:rPr>
          <w:b w:val="0"/>
          <w:sz w:val="20"/>
        </w:rPr>
        <w:t>- Prova pericial (se necessária);</w:t>
      </w:r>
    </w:p>
    <w:p>
      <w:r>
        <w:rPr>
          <w:b w:val="0"/>
          <w:sz w:val="20"/>
        </w:rPr>
        <w:t>- Depoimento pessoal do Réu, sob pena de confissão.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causa o valor de R$ ______________________ (valor da obrigação cumulada com a indenização por danos morais).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_________.</w:t>
      </w:r>
    </w:p>
    <w:p/>
    <w:p>
      <w:r>
        <w:rPr>
          <w:b w:val="0"/>
          <w:sz w:val="20"/>
        </w:rPr>
        <w:t>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https://modelo-lex.com/acao-de-obrigacao-de-fazer-com-danos-morais/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acao-de-obrigacao-de-fazer-com-danos-morais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