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FIANÇA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particular, na melhor forma de direito,</w:t>
      </w:r>
    </w:p>
    <w:p>
      <w:pPr>
        <w:jc w:val="both"/>
      </w:pPr>
      <w:r>
        <w:rPr>
          <w:b w:val="0"/>
          <w:i w:val="0"/>
          <w:sz w:val="22"/>
        </w:rPr>
        <w:t>nome completo do Fiador, nacionalidade, estado civil, profissão, portador do RG nº ____________, inscrito no CPF sob nº ____________, residente e domiciliado à ________________________________,</w:t>
      </w:r>
    </w:p>
    <w:p>
      <w:pPr>
        <w:jc w:val="both"/>
      </w:pPr>
      <w:r>
        <w:rPr>
          <w:b w:val="0"/>
          <w:i w:val="0"/>
          <w:sz w:val="22"/>
        </w:rPr>
        <w:t>doravante denominado FIADOR, declara-se principal pagador, solidariamente responsável e fiador do contratante,</w:t>
      </w:r>
    </w:p>
    <w:p>
      <w:pPr>
        <w:jc w:val="both"/>
      </w:pPr>
      <w:r>
        <w:rPr>
          <w:b w:val="0"/>
          <w:i w:val="0"/>
          <w:sz w:val="22"/>
        </w:rPr>
        <w:t>nome completo do Contratante, nacionalidade, estado civil, profissão, portador do RG nº ____________, inscrito no CPF sob nº ____________, residente e domiciliado à ________________________________,</w:t>
      </w:r>
    </w:p>
    <w:p>
      <w:pPr>
        <w:jc w:val="both"/>
      </w:pPr>
      <w:r>
        <w:rPr>
          <w:b w:val="0"/>
          <w:i w:val="0"/>
          <w:sz w:val="22"/>
        </w:rPr>
        <w:t>doravante denominado CONTRATANTE, na obrigação assumida perante</w:t>
      </w:r>
    </w:p>
    <w:p>
      <w:pPr>
        <w:jc w:val="both"/>
      </w:pPr>
      <w:r>
        <w:rPr>
          <w:b w:val="0"/>
          <w:i w:val="0"/>
          <w:sz w:val="22"/>
        </w:rPr>
        <w:t>nome completo do Beneficiário, nacionalidade, estado civil, profissão, inscrito no CNPJ ou CPF nº ____________, com sede ou residência à ________________________________,</w:t>
      </w:r>
    </w:p>
    <w:p>
      <w:pPr>
        <w:jc w:val="both"/>
      </w:pPr>
      <w:r>
        <w:rPr>
          <w:b w:val="0"/>
          <w:i w:val="0"/>
          <w:sz w:val="22"/>
        </w:rPr>
        <w:t>doravante denominado BENEFICIÁRIO, conforme as condições seguintes:</w:t>
      </w:r>
    </w:p>
    <w:p/>
    <w:p>
      <w:pPr>
        <w:jc w:val="center"/>
      </w:pPr>
      <w:r>
        <w:rPr>
          <w:b/>
          <w:i w:val="0"/>
          <w:sz w:val="22"/>
        </w:rPr>
        <w:t>CLÁUSULA 1ª – OBJETO DA FIANÇA</w:t>
      </w:r>
    </w:p>
    <w:p/>
    <w:p>
      <w:pPr>
        <w:jc w:val="both"/>
      </w:pPr>
      <w:r>
        <w:rPr>
          <w:b w:val="0"/>
          <w:i w:val="0"/>
          <w:sz w:val="22"/>
        </w:rPr>
        <w:t>O FIADOR se responsabiliza pelo cumprimento integral das obrigações contratuais assumidas pelo CONTRATANTE perante o BENEFICIÁRIO,</w:t>
      </w:r>
    </w:p>
    <w:p>
      <w:pPr>
        <w:jc w:val="both"/>
      </w:pPr>
      <w:r>
        <w:rPr>
          <w:b w:val="0"/>
          <w:i w:val="0"/>
          <w:sz w:val="22"/>
        </w:rPr>
        <w:t>incluindo, mas não se limitando, ao pagamento de quantias, multas, juros, correção monetária, despesas e quaisquer encargos decorrentes do contrato principal objeto desta fiança.</w:t>
      </w:r>
    </w:p>
    <w:p/>
    <w:p>
      <w:pPr>
        <w:jc w:val="center"/>
      </w:pPr>
      <w:r>
        <w:rPr>
          <w:b/>
          <w:i w:val="0"/>
          <w:sz w:val="22"/>
        </w:rPr>
        <w:t>CLÁUSULA 2ª – VALOR DA FIANÇA</w:t>
      </w:r>
    </w:p>
    <w:p/>
    <w:p>
      <w:pPr>
        <w:jc w:val="both"/>
      </w:pPr>
      <w:r>
        <w:rPr>
          <w:b w:val="0"/>
          <w:i w:val="0"/>
          <w:sz w:val="22"/>
        </w:rPr>
        <w:t>O valor máximo garantido por esta fiança é de R$ ____________________________, (valor expresso por extenso),</w:t>
      </w:r>
    </w:p>
    <w:p>
      <w:pPr>
        <w:jc w:val="both"/>
      </w:pPr>
      <w:r>
        <w:rPr>
          <w:b w:val="0"/>
          <w:i w:val="0"/>
          <w:sz w:val="22"/>
        </w:rPr>
        <w:t>correspondente ao montante máximo das obrigações assumidas pelo CONTRATANTE, podendo ser executado até o limite deste valor.</w:t>
      </w:r>
    </w:p>
    <w:p/>
    <w:p>
      <w:pPr>
        <w:jc w:val="center"/>
      </w:pPr>
      <w:r>
        <w:rPr>
          <w:b/>
          <w:i w:val="0"/>
          <w:sz w:val="22"/>
        </w:rPr>
        <w:t>CLÁUSULA 3ª – PRAZO DA FIANÇA</w:t>
      </w:r>
    </w:p>
    <w:p/>
    <w:p>
      <w:pPr>
        <w:jc w:val="both"/>
      </w:pPr>
      <w:r>
        <w:rPr>
          <w:b w:val="0"/>
          <w:i w:val="0"/>
          <w:sz w:val="22"/>
        </w:rPr>
        <w:t>Esta fiança tem prazo de vigência indeterminado, permanecendo válida e eficaz até a quitação integral das obrigações do CONTRATANTE perante o BENEFICIÁRIO,</w:t>
      </w:r>
    </w:p>
    <w:p>
      <w:pPr>
        <w:jc w:val="both"/>
      </w:pPr>
      <w:r>
        <w:rPr>
          <w:b w:val="0"/>
          <w:i w:val="0"/>
          <w:sz w:val="22"/>
        </w:rPr>
        <w:t>inclusive eventuais acréscimos legais e contratuais, podendo ser extinta somente mediante quitação formal por parte do BENEFICIÁRIO.</w:t>
      </w:r>
    </w:p>
    <w:p/>
    <w:p>
      <w:pPr>
        <w:jc w:val="center"/>
      </w:pPr>
      <w:r>
        <w:rPr>
          <w:b/>
          <w:i w:val="0"/>
          <w:sz w:val="22"/>
        </w:rPr>
        <w:t>CLÁUSULA 4ª – NATUREZA DA FIANÇA</w:t>
      </w:r>
    </w:p>
    <w:p/>
    <w:p>
      <w:pPr>
        <w:jc w:val="both"/>
      </w:pPr>
      <w:r>
        <w:rPr>
          <w:b w:val="0"/>
          <w:i w:val="0"/>
          <w:sz w:val="22"/>
        </w:rPr>
        <w:t>A presente fiança é prestada em caráter irrevogável e irretratável,</w:t>
      </w:r>
    </w:p>
    <w:p>
      <w:pPr>
        <w:jc w:val="both"/>
      </w:pPr>
      <w:r>
        <w:rPr>
          <w:b w:val="0"/>
          <w:i w:val="0"/>
          <w:sz w:val="22"/>
        </w:rPr>
        <w:t>obrigando o FIADOR de forma solidária e principal pagador, renunciando expressamente aos benefícios de ordem, exceto os previstos em lei.</w:t>
      </w:r>
    </w:p>
    <w:p/>
    <w:p>
      <w:pPr>
        <w:jc w:val="center"/>
      </w:pPr>
      <w:r>
        <w:rPr>
          <w:b/>
          <w:i w:val="0"/>
          <w:sz w:val="22"/>
        </w:rPr>
        <w:t>CLÁUSULA 5ª – NOTIFICAÇÕES</w:t>
      </w:r>
    </w:p>
    <w:p/>
    <w:p>
      <w:pPr>
        <w:jc w:val="both"/>
      </w:pPr>
      <w:r>
        <w:rPr>
          <w:b w:val="0"/>
          <w:i w:val="0"/>
          <w:sz w:val="22"/>
        </w:rPr>
        <w:t>Todas as notificações e comunicações relativas a esta fiança deverão ser feitas por escrito e entregues pessoalmente, por carta com aviso de recebimento ou por meio eletrônico com confirmação de recebimento,</w:t>
      </w:r>
    </w:p>
    <w:p>
      <w:pPr>
        <w:jc w:val="both"/>
      </w:pPr>
      <w:r>
        <w:rPr>
          <w:b w:val="0"/>
          <w:i w:val="0"/>
          <w:sz w:val="22"/>
        </w:rPr>
        <w:t>nos endereços indicados neste instrumento ou em outros que venham a ser informados pelas partes.</w:t>
      </w:r>
    </w:p>
    <w:p/>
    <w:p>
      <w:pPr>
        <w:jc w:val="center"/>
      </w:pPr>
      <w:r>
        <w:rPr>
          <w:b/>
          <w:i w:val="0"/>
          <w:sz w:val="22"/>
        </w:rPr>
        <w:t>CLÁUSULA 6ª – FORO</w:t>
      </w:r>
    </w:p>
    <w:p/>
    <w:p>
      <w:pPr>
        <w:jc w:val="both"/>
      </w:pPr>
      <w:r>
        <w:rPr>
          <w:b w:val="0"/>
          <w:i w:val="0"/>
          <w:sz w:val="22"/>
        </w:rPr>
        <w:t>Fica eleito o Foro da Comarca de ____________________, Estado _______, para dirimir quaisquer dúvidas ou controvérsias decorrentes deste instrumento,</w:t>
      </w:r>
    </w:p>
    <w:p>
      <w:pPr>
        <w:jc w:val="both"/>
      </w:pPr>
      <w:r>
        <w:rPr>
          <w:b w:val="0"/>
          <w:i w:val="0"/>
          <w:sz w:val="22"/>
        </w:rPr>
        <w:t>com renúncia expressa a qualquer outro, por mais privilegiado que seja.</w:t>
      </w:r>
    </w:p>
    <w:p/>
    <w:p/>
    <w:p>
      <w:pPr>
        <w:jc w:val="both"/>
      </w:pPr>
      <w:r>
        <w:rPr>
          <w:b w:val="0"/>
          <w:i w:val="0"/>
          <w:sz w:val="22"/>
        </w:rPr>
        <w:t>E por estarem assim justos e contratados, firmam a presente fiança em duas vias de igual teor e forma, para um só efeito, na presença das testemunhas abaixo.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Fiador</w:t>
      </w:r>
    </w:p>
    <w:p>
      <w:pPr>
        <w:jc w:val="center"/>
      </w:pPr>
      <w:r>
        <w:rPr>
          <w:b w:val="0"/>
          <w:i w:val="0"/>
          <w:sz w:val="22"/>
        </w:rPr>
        <w:t>CPF: _________________________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Contratante</w:t>
      </w:r>
    </w:p>
    <w:p>
      <w:pPr>
        <w:jc w:val="center"/>
      </w:pPr>
      <w:r>
        <w:rPr>
          <w:b w:val="0"/>
          <w:i w:val="0"/>
          <w:sz w:val="22"/>
        </w:rPr>
        <w:t>CPF: _________________________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Beneficiário</w:t>
      </w:r>
    </w:p>
    <w:p>
      <w:pPr>
        <w:jc w:val="center"/>
      </w:pPr>
      <w:r>
        <w:rPr>
          <w:b w:val="0"/>
          <w:i w:val="0"/>
          <w:sz w:val="22"/>
        </w:rPr>
        <w:t>CPF/CNPJ: ____________________</w:t>
      </w:r>
    </w:p>
    <w:p/>
    <w:p/>
    <w:p/>
    <w:p/>
    <w:p/>
    <w:p>
      <w:pPr>
        <w:jc w:val="both"/>
      </w:pPr>
      <w:r>
        <w:rPr>
          <w:b/>
          <w:i w:val="0"/>
          <w:sz w:val="22"/>
        </w:rPr>
        <w:t>Testemunhas:</w:t>
      </w:r>
    </w:p>
    <w:p/>
    <w:p>
      <w:pPr>
        <w:jc w:val="both"/>
      </w:pPr>
      <w:r>
        <w:rPr>
          <w:b w:val="0"/>
          <w:i w:val="0"/>
          <w:sz w:val="22"/>
        </w:rPr>
        <w:t>1) ____________________________</w:t>
      </w:r>
    </w:p>
    <w:p>
      <w:pPr>
        <w:jc w:val="both"/>
      </w:pPr>
      <w:r>
        <w:rPr>
          <w:b w:val="0"/>
          <w:i w:val="0"/>
          <w:sz w:val="22"/>
        </w:rPr>
        <w:t>Nome:</w:t>
      </w:r>
    </w:p>
    <w:p>
      <w:pPr>
        <w:jc w:val="both"/>
      </w:pPr>
      <w:r>
        <w:rPr>
          <w:b w:val="0"/>
          <w:i w:val="0"/>
          <w:sz w:val="22"/>
        </w:rPr>
        <w:t>CPF:</w:t>
      </w:r>
    </w:p>
    <w:p/>
    <w:p>
      <w:pPr>
        <w:jc w:val="both"/>
      </w:pPr>
      <w:r>
        <w:rPr>
          <w:b w:val="0"/>
          <w:i w:val="0"/>
          <w:sz w:val="22"/>
        </w:rPr>
        <w:t>2) ____________________________</w:t>
      </w:r>
    </w:p>
    <w:p>
      <w:pPr>
        <w:jc w:val="both"/>
      </w:pPr>
      <w:r>
        <w:rPr>
          <w:b w:val="0"/>
          <w:i w:val="0"/>
          <w:sz w:val="22"/>
        </w:rPr>
        <w:t>Nome:</w:t>
      </w:r>
    </w:p>
    <w:p>
      <w:pPr>
        <w:jc w:val="both"/>
      </w:pPr>
      <w:r>
        <w:rPr>
          <w:b w:val="0"/>
          <w:i w:val="0"/>
          <w:sz w:val="22"/>
        </w:rPr>
        <w:t>CPF: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https://modelo-lex.com/carta-fianca/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arta-fianc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