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CERTIDÃO DE TEMPO DE CONTRIBUIÇÃO</w:t>
      </w:r>
    </w:p>
    <w:p/>
    <w:p/>
    <w:p>
      <w:r>
        <w:rPr>
          <w:b w:val="0"/>
          <w:sz w:val="20"/>
        </w:rPr>
        <w:t>O Instituto Nacional do Seguro Social – INSS, por meio do presente documento,</w:t>
      </w:r>
    </w:p>
    <w:p>
      <w:r>
        <w:rPr>
          <w:b w:val="0"/>
          <w:sz w:val="20"/>
        </w:rPr>
        <w:t>CERTIFICA que o(a) segurado(a) abaixo qualificado(a) possui tempo de contribuição</w:t>
      </w:r>
    </w:p>
    <w:p>
      <w:r>
        <w:rPr>
          <w:b w:val="0"/>
          <w:sz w:val="20"/>
        </w:rPr>
        <w:t>registrado nos sistemas oficiais, conforme detalhamento a seguir:</w:t>
      </w:r>
    </w:p>
    <w:p/>
    <w:p>
      <w:pPr>
        <w:jc w:val="left"/>
      </w:pPr>
      <w:r>
        <w:rPr>
          <w:b/>
          <w:sz w:val="22"/>
        </w:rPr>
        <w:t>1. Dados do Segurado</w:t>
      </w:r>
    </w:p>
    <w:p>
      <w:r>
        <w:rPr>
          <w:b w:val="0"/>
          <w:sz w:val="20"/>
        </w:rPr>
        <w:t>Nome: ________________________________________________</w:t>
      </w:r>
    </w:p>
    <w:p>
      <w:r>
        <w:rPr>
          <w:b w:val="0"/>
          <w:sz w:val="20"/>
        </w:rPr>
        <w:t>Número do Benefício (NB): ______________________________</w:t>
      </w:r>
    </w:p>
    <w:p>
      <w:r>
        <w:rPr>
          <w:b w:val="0"/>
          <w:sz w:val="20"/>
        </w:rPr>
        <w:t>Número de Identificação do Trabalhador (NIT/PIS/PASEP): ______________________</w:t>
      </w:r>
    </w:p>
    <w:p>
      <w:r>
        <w:rPr>
          <w:b w:val="0"/>
          <w:sz w:val="20"/>
        </w:rPr>
        <w:t>CPF: _________________________________________________</w:t>
      </w:r>
    </w:p>
    <w:p>
      <w:r>
        <w:rPr>
          <w:b w:val="0"/>
          <w:sz w:val="20"/>
        </w:rPr>
        <w:t>Data de nascimento: ___/___/______</w:t>
      </w:r>
    </w:p>
    <w:p>
      <w:r>
        <w:rPr>
          <w:b w:val="0"/>
          <w:sz w:val="20"/>
        </w:rPr>
        <w:t>RG: __________________________ Órgão Expedidor: ______________ Estado: ____</w:t>
      </w:r>
    </w:p>
    <w:p>
      <w:r>
        <w:rPr>
          <w:b w:val="0"/>
          <w:sz w:val="20"/>
        </w:rPr>
        <w:t>Endereço completo: 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pPr>
        <w:jc w:val="left"/>
      </w:pPr>
      <w:r>
        <w:rPr>
          <w:b/>
          <w:sz w:val="22"/>
        </w:rPr>
        <w:t>2. Períodos de Contribuição Reconhecidos</w:t>
      </w:r>
    </w:p>
    <w:p>
      <w:r>
        <w:rPr>
          <w:b w:val="0"/>
          <w:sz w:val="20"/>
        </w:rPr>
        <w:t>O tempo de contribuição reconhecido e registrado é composto pelos períodos abaixo discriminados,</w:t>
      </w:r>
    </w:p>
    <w:p>
      <w:r>
        <w:rPr>
          <w:b w:val="0"/>
          <w:sz w:val="20"/>
        </w:rPr>
        <w:t>considerando as contribuições vertidas ao Regime Geral de Previdência Social (RGPS), conforme registros oficiais: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Período</w:t>
            </w:r>
          </w:p>
        </w:tc>
        <w:tc>
          <w:tcPr>
            <w:tcW w:type="dxa" w:w="3324"/>
          </w:tcPr>
          <w:p>
            <w:r>
              <w:t>Tipo de Contribuição</w:t>
            </w:r>
          </w:p>
        </w:tc>
        <w:tc>
          <w:tcPr>
            <w:tcW w:type="dxa" w:w="3324"/>
          </w:tcPr>
          <w:p>
            <w:r>
              <w:t>Observações</w:t>
            </w:r>
          </w:p>
        </w:tc>
      </w:tr>
      <w:tr>
        <w:tc>
          <w:tcPr>
            <w:tcW w:type="dxa" w:w="3324"/>
          </w:tcPr>
          <w:p>
            <w:r>
              <w:t>___/___/______ a ___/___/______</w:t>
            </w:r>
          </w:p>
        </w:tc>
        <w:tc>
          <w:tcPr>
            <w:tcW w:type="dxa" w:w="3324"/>
          </w:tcPr>
          <w:p>
            <w:r>
              <w:t>Empregado / Contribuinte Individual / Outros</w:t>
            </w:r>
          </w:p>
        </w:tc>
        <w:tc>
          <w:tcPr>
            <w:tcW w:type="dxa" w:w="3324"/>
          </w:tcPr>
          <w:p>
            <w:r>
              <w:t>_____________________________________________________________</w:t>
            </w:r>
          </w:p>
        </w:tc>
      </w:tr>
      <w:tr>
        <w:tc>
          <w:tcPr>
            <w:tcW w:type="dxa" w:w="3324"/>
          </w:tcPr>
          <w:p>
            <w:r>
              <w:t>___/___/______ a ___/___/______</w:t>
            </w:r>
          </w:p>
        </w:tc>
        <w:tc>
          <w:tcPr>
            <w:tcW w:type="dxa" w:w="3324"/>
          </w:tcPr>
          <w:p>
            <w:r>
              <w:t>Empregado / Contribuinte Individual / Outros</w:t>
            </w:r>
          </w:p>
        </w:tc>
        <w:tc>
          <w:tcPr>
            <w:tcW w:type="dxa" w:w="3324"/>
          </w:tcPr>
          <w:p>
            <w:r>
              <w:t>_____________________________________________________________</w:t>
            </w:r>
          </w:p>
        </w:tc>
      </w:tr>
      <w:tr>
        <w:tc>
          <w:tcPr>
            <w:tcW w:type="dxa" w:w="3324"/>
          </w:tcPr>
          <w:p>
            <w:r>
              <w:t>___/___/______ a ___/___/______</w:t>
            </w:r>
          </w:p>
        </w:tc>
        <w:tc>
          <w:tcPr>
            <w:tcW w:type="dxa" w:w="3324"/>
          </w:tcPr>
          <w:p>
            <w:r>
              <w:t>Empregado / Contribuinte Individual / Outros</w:t>
            </w:r>
          </w:p>
        </w:tc>
        <w:tc>
          <w:tcPr>
            <w:tcW w:type="dxa" w:w="3324"/>
          </w:tcPr>
          <w:p>
            <w:r>
              <w:t>_____________________________________________________________</w:t>
            </w:r>
          </w:p>
        </w:tc>
      </w:tr>
      <w:tr>
        <w:tc>
          <w:tcPr>
            <w:tcW w:type="dxa" w:w="3324"/>
          </w:tcPr>
          <w:p>
            <w:r>
              <w:t>___/___/______ a ___/___/______</w:t>
            </w:r>
          </w:p>
        </w:tc>
        <w:tc>
          <w:tcPr>
            <w:tcW w:type="dxa" w:w="3324"/>
          </w:tcPr>
          <w:p>
            <w:r>
              <w:t>Empregado / Contribuinte Individual / Outros</w:t>
            </w:r>
          </w:p>
        </w:tc>
        <w:tc>
          <w:tcPr>
            <w:tcW w:type="dxa" w:w="3324"/>
          </w:tcPr>
          <w:p>
            <w:r>
              <w:t>_____________________________________________________________</w:t>
            </w:r>
          </w:p>
        </w:tc>
      </w:tr>
      <w:tr>
        <w:tc>
          <w:tcPr>
            <w:tcW w:type="dxa" w:w="3324"/>
          </w:tcPr>
          <w:p>
            <w:r>
              <w:t>___/___/______ a ___/___/______</w:t>
            </w:r>
          </w:p>
        </w:tc>
        <w:tc>
          <w:tcPr>
            <w:tcW w:type="dxa" w:w="3324"/>
          </w:tcPr>
          <w:p>
            <w:r>
              <w:t>Empregado / Contribuinte Individual / Outros</w:t>
            </w:r>
          </w:p>
        </w:tc>
        <w:tc>
          <w:tcPr>
            <w:tcW w:type="dxa" w:w="3324"/>
          </w:tcPr>
          <w:p>
            <w:r>
              <w:t>_____________________________________________________________</w:t>
            </w:r>
          </w:p>
        </w:tc>
      </w:tr>
    </w:tbl>
    <w:p/>
    <w:p>
      <w:pPr>
        <w:jc w:val="left"/>
      </w:pPr>
      <w:r>
        <w:rPr>
          <w:b/>
          <w:sz w:val="22"/>
        </w:rPr>
        <w:t>3. Total de Tempo de Contribuição Reconhecido</w:t>
      </w:r>
    </w:p>
    <w:p>
      <w:r>
        <w:rPr>
          <w:b w:val="0"/>
          <w:sz w:val="20"/>
        </w:rPr>
        <w:t>Tempo total computado: ____ anos, ____ meses e ____ dias</w:t>
      </w:r>
    </w:p>
    <w:p/>
    <w:p>
      <w:pPr>
        <w:jc w:val="left"/>
      </w:pPr>
      <w:r>
        <w:rPr>
          <w:b/>
          <w:sz w:val="22"/>
        </w:rPr>
        <w:t>4. Informações Complementares</w:t>
      </w:r>
    </w:p>
    <w:p>
      <w:r>
        <w:rPr>
          <w:b w:val="0"/>
          <w:sz w:val="20"/>
        </w:rPr>
        <w:t>A presente certidão é emitida com base nos registros constantes nos sistemas do INSS,</w:t>
      </w:r>
    </w:p>
    <w:p>
      <w:r>
        <w:rPr>
          <w:b w:val="0"/>
          <w:sz w:val="20"/>
        </w:rPr>
        <w:t>não incluindo eventuais períodos não declarados ou não contribuídos que possam existir,</w:t>
      </w:r>
    </w:p>
    <w:p>
      <w:r>
        <w:rPr>
          <w:b w:val="0"/>
          <w:sz w:val="20"/>
        </w:rPr>
        <w:t>bem como informações de outros regimes previdenciários ou públicos.</w:t>
      </w:r>
    </w:p>
    <w:p>
      <w:r>
        <w:rPr>
          <w:b w:val="0"/>
          <w:sz w:val="20"/>
        </w:rPr>
        <w:t>Esta certidão tem validade para fins previdenciários, conforme legislação vigente.</w:t>
      </w:r>
    </w:p>
    <w:p/>
    <w:p>
      <w:pPr>
        <w:jc w:val="left"/>
      </w:pPr>
      <w:r>
        <w:rPr>
          <w:b/>
          <w:sz w:val="22"/>
        </w:rPr>
        <w:t>5. Advertências e Observações</w:t>
      </w:r>
    </w:p>
    <w:p>
      <w:r>
        <w:rPr>
          <w:b w:val="0"/>
          <w:sz w:val="20"/>
        </w:rPr>
        <w:t>- Esta certidão não substitui documentos originais, que deverão ser apresentados quando solicitados.</w:t>
      </w:r>
    </w:p>
    <w:p>
      <w:r>
        <w:rPr>
          <w:b w:val="0"/>
          <w:sz w:val="20"/>
        </w:rPr>
        <w:t>- Informações falsas ou divergentes poderão sujeitar o segurado às sanções previstas em lei.</w:t>
      </w:r>
    </w:p>
    <w:p>
      <w:r>
        <w:rPr>
          <w:b w:val="0"/>
          <w:sz w:val="20"/>
        </w:rPr>
        <w:t>- Para atualização ou correção de dados, o segurado deverá procurar a agência do INSS ou utilizar os canais oficiais.</w:t>
      </w:r>
    </w:p>
    <w:p/>
    <w:p>
      <w:r>
        <w:rPr>
          <w:b w:val="0"/>
          <w:sz w:val="20"/>
        </w:rPr>
        <w:t>Local: _____________________________________________</w:t>
      </w:r>
    </w:p>
    <w:p>
      <w:r>
        <w:rPr>
          <w:b w:val="0"/>
          <w:sz w:val="20"/>
        </w:rPr>
        <w:t>Data: ____ / ____ / ______</w:t>
      </w:r>
    </w:p>
    <w:p/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Assinatura do Responsável Técnico</w:t>
      </w:r>
    </w:p>
    <w:p>
      <w:r>
        <w:rPr>
          <w:b w:val="0"/>
          <w:sz w:val="20"/>
        </w:rPr>
        <w:t>Cargo: _______________________________________</w:t>
      </w:r>
    </w:p>
    <w:p>
      <w:r>
        <w:rPr>
          <w:b w:val="0"/>
          <w:sz w:val="20"/>
        </w:rPr>
        <w:t>Matrícula/Registro: 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https://modelo-lex.com/certidao-de-tempo-de-contribuicao/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1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Instituto Nacional do Seguro Social – INSS  |  Certidão gerada eletronicamente sem necessidade de autenticação manual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modelo-lex.com/certidao-de-tempo-de-contribuicao/" TargetMode="External"/><Relationship Id="rId11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