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CIÊNCIA DE SENTENÇA</w:t>
      </w:r>
    </w:p>
    <w:p/>
    <w:p/>
    <w:p>
      <w:r>
        <w:rPr>
          <w:b w:val="0"/>
          <w:sz w:val="22"/>
        </w:rPr>
        <w:t>Excelentíssimo(a) Senhor(a) Doutor(a) Juiz(a) do Trabalho da ___ª Vara do Trabalho de ____________________</w:t>
      </w:r>
    </w:p>
    <w:p/>
    <w:p>
      <w:r>
        <w:rPr>
          <w:b/>
          <w:sz w:val="22"/>
        </w:rPr>
        <w:t>Processo nº: ____________________________</w:t>
      </w:r>
    </w:p>
    <w:p>
      <w:r>
        <w:rPr>
          <w:b w:val="0"/>
          <w:sz w:val="22"/>
        </w:rPr>
        <w:t>Reclamante: ________________________________________________________________</w:t>
      </w:r>
    </w:p>
    <w:p>
      <w:r>
        <w:rPr>
          <w:b w:val="0"/>
          <w:sz w:val="22"/>
        </w:rPr>
        <w:t>Reclamada: _________________________________________________________________</w:t>
      </w:r>
    </w:p>
    <w:p/>
    <w:p/>
    <w:p>
      <w:pPr>
        <w:jc w:val="both"/>
      </w:pPr>
      <w:r>
        <w:rPr>
          <w:b w:val="0"/>
          <w:sz w:val="22"/>
        </w:rPr>
        <w:t>O(a) Reclamante, por seu advogado infra-assinado, devidamente qualificado nos autos da Reclamação Trabalhista em epígrafe, vem, respeitosamente, à presença de Vossa Excelência, manifestar sua CIÊNCIA da sentença proferida no presente feito, conforme os termos a seguir.</w:t>
      </w:r>
    </w:p>
    <w:p/>
    <w:p>
      <w:pPr>
        <w:jc w:val="both"/>
      </w:pPr>
      <w:r>
        <w:rPr>
          <w:b w:val="0"/>
          <w:sz w:val="22"/>
        </w:rPr>
        <w:t>1. Ciência da Sentença</w:t>
        <w:br/>
        <w:t>O(a) Reclamante declara que tomou conhecimento da sentença publicada em ___/___/____, a qual julgou procedentes os pedidos formulados na inicial em parte, conforme exposto no decisum.</w:t>
      </w:r>
    </w:p>
    <w:p/>
    <w:p>
      <w:pPr>
        <w:jc w:val="both"/>
      </w:pPr>
      <w:r>
        <w:rPr>
          <w:b w:val="0"/>
          <w:sz w:val="22"/>
        </w:rPr>
        <w:t>2. Manifestação sobre o conteúdo</w:t>
        <w:br/>
        <w:t>O(a) Reclamante manifesta seu pleno acordo com o conteúdo da sentença, concordando com os fundamentos jurídicos adotados pelo juízo, bem como com os valores arbitrados, ressalvando o direito de interpor recurso caso entenda necessário, nos prazos legais.</w:t>
      </w:r>
    </w:p>
    <w:p/>
    <w:p>
      <w:pPr>
        <w:jc w:val="both"/>
      </w:pPr>
      <w:r>
        <w:rPr>
          <w:b w:val="0"/>
          <w:sz w:val="22"/>
        </w:rPr>
        <w:t>3. Requerimentos</w:t>
        <w:br/>
        <w:t>Diante do exposto, requer-se:</w:t>
        <w:br/>
        <w:t>- Que seja juntado aos autos o presente termo de ciência da sentença;</w:t>
        <w:br/>
        <w:t>- Que seja intimado(a) o(a) Reclamado(a) para ciência da decisão proferida;</w:t>
        <w:br/>
        <w:t>- Que sejam adotadas as providências legais cabíveis para o regular prosseguimento do feito.</w:t>
      </w:r>
    </w:p>
    <w:p/>
    <w:p>
      <w:pPr>
        <w:jc w:val="both"/>
      </w:pPr>
      <w:r>
        <w:rPr>
          <w:b w:val="0"/>
          <w:sz w:val="22"/>
        </w:rPr>
        <w:t>4. Termos finais</w:t>
        <w:br/>
        <w:t>Nestes termos, pede deferimento.</w:t>
      </w:r>
    </w:p>
    <w:p/>
    <w:p/>
    <w:p/>
    <w:p>
      <w:r>
        <w:rPr>
          <w:b w:val="0"/>
          <w:sz w:val="22"/>
        </w:rPr>
        <w:t>______________________________, _____ de ____________________ de ________</w:t>
      </w:r>
    </w:p>
    <w:p/>
    <w:p/>
    <w:p>
      <w:r>
        <w:rPr>
          <w:b w:val="0"/>
          <w:sz w:val="22"/>
        </w:rPr>
        <w:t>_________________________________________</w:t>
      </w:r>
    </w:p>
    <w:p>
      <w:r>
        <w:rPr>
          <w:b w:val="0"/>
          <w:sz w:val="22"/>
        </w:rPr>
        <w:t>Advogado(a)</w:t>
      </w:r>
    </w:p>
    <w:p>
      <w:r>
        <w:rPr>
          <w:b w:val="0"/>
          <w:sz w:val="22"/>
        </w:rPr>
        <w:t>OAB/___ nº 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https://modelo-lex.com/ciencia-de-sentenca/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https://modelo-lex.com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modelo-lex.com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-lex.com/ciencia-de-sentenca/" TargetMode="External"/><Relationship Id="rId10" Type="http://schemas.openxmlformats.org/officeDocument/2006/relationships/hyperlink" Target="https://modelo-lex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