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PRESTAÇÃO DE SERVIÇOS DE ARQUITETURA</w:t>
      </w:r>
    </w:p>
    <w:p/>
    <w:p/>
    <w:p>
      <w:r>
        <w:rPr>
          <w:b/>
          <w:sz w:val="22"/>
        </w:rPr>
        <w:t>CONTRATANTE: ____________________________________________________________</w:t>
      </w:r>
    </w:p>
    <w:p>
      <w:r>
        <w:rPr>
          <w:b/>
          <w:sz w:val="22"/>
        </w:rPr>
        <w:t>CPF/CNPJ: _______________________________________________________________</w:t>
      </w:r>
    </w:p>
    <w:p>
      <w:r>
        <w:rPr>
          <w:b/>
          <w:sz w:val="22"/>
        </w:rPr>
        <w:t>Endereço: _______________________________________________________________</w:t>
      </w:r>
    </w:p>
    <w:p>
      <w:r>
        <w:rPr>
          <w:b/>
          <w:sz w:val="22"/>
        </w:rPr>
        <w:t>Telefone: ________________________________________________________________</w:t>
      </w:r>
    </w:p>
    <w:p>
      <w:r>
        <w:rPr>
          <w:b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CONTRATADO: ____________________________________________________________</w:t>
      </w:r>
    </w:p>
    <w:p>
      <w:r>
        <w:rPr>
          <w:b/>
          <w:sz w:val="22"/>
        </w:rPr>
        <w:t>Arquiteto(a): ___________________________________________________________</w:t>
      </w:r>
    </w:p>
    <w:p>
      <w:r>
        <w:rPr>
          <w:b/>
          <w:sz w:val="22"/>
        </w:rPr>
        <w:t>Registro no CAU nº: _____________________________________________________</w:t>
      </w:r>
    </w:p>
    <w:p>
      <w:r>
        <w:rPr>
          <w:b/>
          <w:sz w:val="22"/>
        </w:rPr>
        <w:t>CPF/CNPJ: _______________________________________________________________</w:t>
      </w:r>
    </w:p>
    <w:p>
      <w:r>
        <w:rPr>
          <w:b/>
          <w:sz w:val="22"/>
        </w:rPr>
        <w:t>Endereço profissional: _________________________________________________</w:t>
      </w:r>
    </w:p>
    <w:p>
      <w:r>
        <w:rPr>
          <w:b/>
          <w:sz w:val="22"/>
        </w:rPr>
        <w:t>Telefone: ________________________________________________________________</w:t>
      </w:r>
    </w:p>
    <w:p>
      <w:r>
        <w:rPr>
          <w:b/>
          <w:sz w:val="22"/>
        </w:rPr>
        <w:t>E-mail: _________________________________________________________________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CLÁUSULA 1ª – DO OBJETO</w:t>
      </w:r>
    </w:p>
    <w:p>
      <w:r>
        <w:rPr>
          <w:b w:val="0"/>
          <w:sz w:val="22"/>
        </w:rPr>
        <w:t>O presente contrato tem por objeto a prestação de serviços profissionais de arquitetura, que compreendem o desenvolvimento de projeto arquitetônico, consultorias técnicas, acompanhamento e orientação técnica para a obra descrita pelo CONTRATANTE.</w:t>
      </w:r>
    </w:p>
    <w:p/>
    <w:p>
      <w:pPr>
        <w:jc w:val="center"/>
      </w:pPr>
      <w:r>
        <w:rPr>
          <w:b/>
          <w:sz w:val="24"/>
        </w:rPr>
        <w:t>CLÁUSULA 2ª – DOS SERVIÇOS INCLUÍDOS</w:t>
      </w:r>
    </w:p>
    <w:p>
      <w:r>
        <w:rPr>
          <w:b w:val="0"/>
          <w:sz w:val="22"/>
        </w:rPr>
        <w:t>Os serviços a serem prestados pelo CONTRATADO abrangem, mas não se limitam a:</w:t>
      </w:r>
    </w:p>
    <w:p>
      <w:pPr>
        <w:ind w:left="567"/>
      </w:pPr>
      <w:r>
        <w:rPr>
          <w:b w:val="0"/>
          <w:sz w:val="22"/>
        </w:rPr>
        <w:t>a) Levantamento e análise de dados preliminares;</w:t>
      </w:r>
    </w:p>
    <w:p>
      <w:pPr>
        <w:ind w:left="567"/>
      </w:pPr>
      <w:r>
        <w:rPr>
          <w:b w:val="0"/>
          <w:sz w:val="22"/>
        </w:rPr>
        <w:t>b) Elaboração do anteprojeto e projeto arquitetônico;</w:t>
      </w:r>
    </w:p>
    <w:p>
      <w:pPr>
        <w:ind w:left="567"/>
      </w:pPr>
      <w:r>
        <w:rPr>
          <w:b w:val="0"/>
          <w:sz w:val="22"/>
        </w:rPr>
        <w:t>c) Desenvolvimento de projetos complementares, quando acordado;</w:t>
      </w:r>
    </w:p>
    <w:p>
      <w:pPr>
        <w:ind w:left="567"/>
      </w:pPr>
      <w:r>
        <w:rPr>
          <w:b w:val="0"/>
          <w:sz w:val="22"/>
        </w:rPr>
        <w:t>d) Orientação e acompanhamento técnico durante a execução da obra;</w:t>
      </w:r>
    </w:p>
    <w:p>
      <w:pPr>
        <w:ind w:left="567"/>
      </w:pPr>
      <w:r>
        <w:rPr>
          <w:b w:val="0"/>
          <w:sz w:val="22"/>
        </w:rPr>
        <w:t>e) Consultoria e suporte técnico durante o período contratado.</w:t>
      </w:r>
    </w:p>
    <w:p/>
    <w:p>
      <w:pPr>
        <w:jc w:val="center"/>
      </w:pPr>
      <w:r>
        <w:rPr>
          <w:b/>
          <w:sz w:val="24"/>
        </w:rPr>
        <w:t>CLÁUSULA 3ª – DAS OBRIGAÇÕES DO CONTRATANTE</w:t>
      </w:r>
    </w:p>
    <w:p>
      <w:r>
        <w:rPr>
          <w:b w:val="0"/>
          <w:sz w:val="22"/>
        </w:rPr>
        <w:t>São obrigações do CONTRATANTE:</w:t>
      </w:r>
    </w:p>
    <w:p>
      <w:pPr>
        <w:ind w:left="567"/>
      </w:pPr>
      <w:r>
        <w:rPr>
          <w:b w:val="0"/>
          <w:sz w:val="22"/>
        </w:rPr>
        <w:t>a) Fornecer todas as informações e documentos necessários para o desenvolvimento do projeto;</w:t>
      </w:r>
    </w:p>
    <w:p>
      <w:pPr>
        <w:ind w:left="567"/>
      </w:pPr>
      <w:r>
        <w:rPr>
          <w:b w:val="0"/>
          <w:sz w:val="22"/>
        </w:rPr>
        <w:t>b) Permitir o acesso do CONTRATADO ao local da obra, quando necessário;</w:t>
      </w:r>
    </w:p>
    <w:p>
      <w:pPr>
        <w:ind w:left="567"/>
      </w:pPr>
      <w:r>
        <w:rPr>
          <w:b w:val="0"/>
          <w:sz w:val="22"/>
        </w:rPr>
        <w:t>c) Efetuar os pagamentos nas condições e prazos estipulados neste contrato;</w:t>
      </w:r>
    </w:p>
    <w:p>
      <w:pPr>
        <w:ind w:left="567"/>
      </w:pPr>
      <w:r>
        <w:rPr>
          <w:b w:val="0"/>
          <w:sz w:val="22"/>
        </w:rPr>
        <w:t>d) Comunicar eventuais modificações que possam interferir nos serviços contratados.</w:t>
      </w:r>
    </w:p>
    <w:p/>
    <w:p>
      <w:pPr>
        <w:jc w:val="center"/>
      </w:pPr>
      <w:r>
        <w:rPr>
          <w:b/>
          <w:sz w:val="24"/>
        </w:rPr>
        <w:t>CLÁUSULA 4ª – DAS OBRIGAÇÕES DO CONTRATADO</w:t>
      </w:r>
    </w:p>
    <w:p>
      <w:r>
        <w:rPr>
          <w:b w:val="0"/>
          <w:sz w:val="22"/>
        </w:rPr>
        <w:t>O CONTRATADO se obriga a:</w:t>
      </w:r>
    </w:p>
    <w:p>
      <w:pPr>
        <w:ind w:left="567"/>
      </w:pPr>
      <w:r>
        <w:rPr>
          <w:b w:val="0"/>
          <w:sz w:val="22"/>
        </w:rPr>
        <w:t>a) Executar os serviços com zelo, diligência e observância das normas técnicas e legais aplicáveis;</w:t>
      </w:r>
    </w:p>
    <w:p>
      <w:pPr>
        <w:ind w:left="567"/>
      </w:pPr>
      <w:r>
        <w:rPr>
          <w:b w:val="0"/>
          <w:sz w:val="22"/>
        </w:rPr>
        <w:t>b) Entregar os projetos e documentos técnicos conforme prazos estabelecidos;</w:t>
      </w:r>
    </w:p>
    <w:p>
      <w:pPr>
        <w:ind w:left="567"/>
      </w:pPr>
      <w:r>
        <w:rPr>
          <w:b w:val="0"/>
          <w:sz w:val="22"/>
        </w:rPr>
        <w:t>c) Manter sigilo sobre as informações fornecidas pelo CONTRATANTE;</w:t>
      </w:r>
    </w:p>
    <w:p>
      <w:pPr>
        <w:ind w:left="567"/>
      </w:pPr>
      <w:r>
        <w:rPr>
          <w:b w:val="0"/>
          <w:sz w:val="22"/>
        </w:rPr>
        <w:t>d) Responsabilizar-se pelo cumprimento das normas do Conselho de Arquitetura e Urbanismo (CAU).</w:t>
      </w:r>
    </w:p>
    <w:p/>
    <w:p>
      <w:pPr>
        <w:jc w:val="center"/>
      </w:pPr>
      <w:r>
        <w:rPr>
          <w:b/>
          <w:sz w:val="24"/>
        </w:rPr>
        <w:t>CLÁUSULA 5ª – DO PRAZO</w:t>
      </w:r>
    </w:p>
    <w:p>
      <w:r>
        <w:rPr>
          <w:b w:val="0"/>
          <w:sz w:val="22"/>
        </w:rPr>
        <w:t>O prazo para a realização dos serviços será de ____________ (__________) dias úteis, contados a partir da assinatura deste contrato e/ou entrega de toda documentação necessária pelo CONTRATANTE.</w:t>
      </w:r>
    </w:p>
    <w:p/>
    <w:p>
      <w:pPr>
        <w:jc w:val="center"/>
      </w:pPr>
      <w:r>
        <w:rPr>
          <w:b/>
          <w:sz w:val="24"/>
        </w:rPr>
        <w:t>CLÁUSULA 6ª – DO VALOR E FORMA DE PAGAMENTO</w:t>
      </w:r>
    </w:p>
    <w:p>
      <w:r>
        <w:rPr>
          <w:b w:val="0"/>
          <w:sz w:val="22"/>
        </w:rPr>
        <w:t>Pelos serviços prestados, o CONTRATANTE pagará ao CONTRATADO o valor total de R$ _____________ (___________________ reais), que será pago da seguinte forma:</w:t>
      </w:r>
    </w:p>
    <w:p>
      <w:pPr>
        <w:ind w:left="567"/>
      </w:pPr>
      <w:r>
        <w:rPr>
          <w:b w:val="0"/>
          <w:sz w:val="22"/>
        </w:rPr>
        <w:t>a) Sinal de R$ ____________ na assinatura do contrato;</w:t>
      </w:r>
    </w:p>
    <w:p>
      <w:pPr>
        <w:ind w:left="567"/>
      </w:pPr>
      <w:r>
        <w:rPr>
          <w:b w:val="0"/>
          <w:sz w:val="22"/>
        </w:rPr>
        <w:t>b) Parcelas mensais de R$ ____________ conforme cronograma acordado;</w:t>
      </w:r>
    </w:p>
    <w:p>
      <w:pPr>
        <w:ind w:left="567"/>
      </w:pPr>
      <w:r>
        <w:rPr>
          <w:b w:val="0"/>
          <w:sz w:val="22"/>
        </w:rPr>
        <w:t>c) Pagamento final de R$ ____________ na entrega dos projetos.</w:t>
      </w:r>
    </w:p>
    <w:p/>
    <w:p>
      <w:pPr>
        <w:jc w:val="center"/>
      </w:pPr>
      <w:r>
        <w:rPr>
          <w:b/>
          <w:sz w:val="24"/>
        </w:rPr>
        <w:t>CLÁUSULA 7ª – DAS ALTERAÇÕES NO PROJETO</w:t>
      </w:r>
    </w:p>
    <w:p>
      <w:r>
        <w:rPr>
          <w:b w:val="0"/>
          <w:sz w:val="22"/>
        </w:rPr>
        <w:t>Qualquer alteração solicitada pelo CONTRATANTE após a aprovação do projeto inicial poderá implicar em revisão do prazo e do valor contratual, sendo previamente acordada entre as partes por escrito.</w:t>
      </w:r>
    </w:p>
    <w:p/>
    <w:p>
      <w:pPr>
        <w:jc w:val="center"/>
      </w:pPr>
      <w:r>
        <w:rPr>
          <w:b/>
          <w:sz w:val="24"/>
        </w:rPr>
        <w:t>CLÁUSULA 8ª – DA RESCISÃO</w:t>
      </w:r>
    </w:p>
    <w:p>
      <w:r>
        <w:rPr>
          <w:b w:val="0"/>
          <w:sz w:val="22"/>
        </w:rPr>
        <w:t>O presente contrato poderá ser rescindido por qualquer das partes, mediante notificação escrita com antecedência mínima de 30 (trinta) dias, observadas as condições de pagamento pelos serviços já prestados até a data da rescisão.</w:t>
      </w:r>
    </w:p>
    <w:p/>
    <w:p>
      <w:pPr>
        <w:jc w:val="center"/>
      </w:pPr>
      <w:r>
        <w:rPr>
          <w:b/>
          <w:sz w:val="24"/>
        </w:rPr>
        <w:t>CLÁUSULA 9ª – DA RESPONSABILIDADE</w:t>
      </w:r>
    </w:p>
    <w:p>
      <w:r>
        <w:rPr>
          <w:b w:val="0"/>
          <w:sz w:val="22"/>
        </w:rPr>
        <w:t>O CONTRATADO não se responsabiliza por decisões e/ou aprovações tomadas por terceiros ou órgãos públicos, nem por eventuais modificações realizadas na obra sem sua anuência.</w:t>
      </w:r>
    </w:p>
    <w:p/>
    <w:p>
      <w:pPr>
        <w:jc w:val="center"/>
      </w:pPr>
      <w:r>
        <w:rPr>
          <w:b/>
          <w:sz w:val="24"/>
        </w:rPr>
        <w:t>CLÁUSULA 10ª – DAS DISPOSIÇÕES GERAIS</w:t>
      </w:r>
    </w:p>
    <w:p>
      <w:r>
        <w:rPr>
          <w:b w:val="0"/>
          <w:sz w:val="22"/>
        </w:rPr>
        <w:t>10.1. As partes elegem o foro da comarca de _____________________ para dirimir quaisquer dúvidas oriundas deste contrato.</w:t>
      </w:r>
    </w:p>
    <w:p>
      <w:r>
        <w:rPr>
          <w:b w:val="0"/>
          <w:sz w:val="22"/>
        </w:rPr>
        <w:t>10.2. Este contrato é firmado em caráter irrevogável e irretratável, obrigando as partes e seus sucessores.</w:t>
      </w:r>
    </w:p>
    <w:p/>
    <w:p/>
    <w:p>
      <w:pPr>
        <w:jc w:val="center"/>
      </w:pPr>
      <w:r>
        <w:rPr>
          <w:b w:val="0"/>
          <w:sz w:val="22"/>
        </w:rPr>
        <w:t>______________________________</w:t>
      </w:r>
    </w:p>
    <w:p>
      <w:pPr>
        <w:jc w:val="center"/>
      </w:pPr>
      <w:r>
        <w:rPr>
          <w:b w:val="0"/>
          <w:sz w:val="22"/>
        </w:rPr>
        <w:t>CONTRATANTE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</w:t>
      </w:r>
    </w:p>
    <w:p>
      <w:pPr>
        <w:jc w:val="center"/>
      </w:pPr>
      <w:r>
        <w:rPr>
          <w:b w:val="0"/>
          <w:sz w:val="22"/>
        </w:rPr>
        <w:t>CONTRATADO (Arquiteto(a))</w:t>
      </w:r>
    </w:p>
    <w:p/>
    <w:p/>
    <w:p/>
    <w:p>
      <w:r>
        <w:rPr>
          <w:b/>
          <w:sz w:val="22"/>
        </w:rPr>
        <w:t>Testemunhas:</w:t>
      </w:r>
    </w:p>
    <w:p>
      <w:pPr>
        <w:ind w:left="567"/>
      </w:pPr>
      <w:r>
        <w:rPr>
          <w:b w:val="0"/>
          <w:sz w:val="22"/>
        </w:rPr>
        <w:t>1) Nome: _____________________________________  CPF: ____________________</w:t>
      </w:r>
    </w:p>
    <w:p>
      <w:pPr>
        <w:ind w:left="567"/>
      </w:pPr>
      <w:r>
        <w:rPr>
          <w:b w:val="0"/>
          <w:sz w:val="22"/>
        </w:rPr>
        <w:t>2) Nome: _____________________________________  CPF: 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https://modelo-lex.com/contrato-arquitetura/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ontrato-arquitetur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