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</w:t>
      </w:r>
    </w:p>
    <w:p/>
    <w:p/>
    <w:p>
      <w:r>
        <w:rPr>
          <w:b w:val="0"/>
          <w:sz w:val="20"/>
        </w:rPr>
        <w:t>Pelo presente instrumento particular de contrato de prestação de serviços, de um lado,</w:t>
      </w:r>
    </w:p>
    <w:p>
      <w:r>
        <w:rPr>
          <w:b w:val="0"/>
          <w:sz w:val="20"/>
        </w:rPr>
        <w:t>______________________________, inscrito(a) no CPF/CNPJ nº ____________________, residente e domiciliado(a) à ________________________________________________________, doravante denominado(a) CONTRATANTE,</w:t>
      </w:r>
    </w:p>
    <w:p>
      <w:r>
        <w:rPr>
          <w:b w:val="0"/>
          <w:sz w:val="20"/>
        </w:rPr>
        <w:t>e, de outro lado,</w:t>
      </w:r>
    </w:p>
    <w:p>
      <w:r>
        <w:rPr>
          <w:b w:val="0"/>
          <w:sz w:val="20"/>
        </w:rPr>
        <w:t>______________________________, inscrito(a) no CPF/CNPJ nº ____________________, residente e domiciliado(a) à ________________________________________________________, doravante denominado(a) CONTRATADO(A),</w:t>
      </w:r>
    </w:p>
    <w:p>
      <w:r>
        <w:rPr>
          <w:b w:val="0"/>
          <w:sz w:val="20"/>
        </w:rPr>
        <w:t>têm entre si justo e acertado o presente Contrato de Prestação de Serviços, que se regerá pelas cláusulas e condições seguintes:</w:t>
      </w:r>
    </w:p>
    <w:p/>
    <w:p>
      <w:r>
        <w:rPr>
          <w:b/>
          <w:sz w:val="22"/>
        </w:rPr>
        <w:t>CLÁUSULA 1 – DO OBJETO</w:t>
      </w:r>
    </w:p>
    <w:p>
      <w:r>
        <w:rPr>
          <w:b w:val="0"/>
          <w:sz w:val="20"/>
        </w:rPr>
        <w:t>1.1. O presente contrato tem por objeto a prestação dos seguintes serviços pelo CONTRATADO ao CONTRATANTE: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/>
          <w:sz w:val="22"/>
        </w:rPr>
        <w:t>CLÁUSULA 2 – DAS OBRIGAÇÕES DO CONTRATADO</w:t>
      </w:r>
    </w:p>
    <w:p>
      <w:r>
        <w:rPr>
          <w:b w:val="0"/>
          <w:sz w:val="20"/>
        </w:rPr>
        <w:t>2.1. Executar os serviços descritos na Cláusula 1 com zelo, diligência, ética e conforme as especificações acordadas;</w:t>
      </w:r>
    </w:p>
    <w:p>
      <w:r>
        <w:rPr>
          <w:b w:val="0"/>
          <w:sz w:val="20"/>
        </w:rPr>
        <w:t>2.2. Cumprir os prazos estabelecidos para a entrega dos serviços;</w:t>
      </w:r>
    </w:p>
    <w:p>
      <w:r>
        <w:rPr>
          <w:b w:val="0"/>
          <w:sz w:val="20"/>
        </w:rPr>
        <w:t>2.3. Manter sigilo sobre as informações do CONTRATANTE às quais tiver acesso em razão deste contrato;</w:t>
      </w:r>
    </w:p>
    <w:p>
      <w:r>
        <w:rPr>
          <w:b w:val="0"/>
          <w:sz w:val="20"/>
        </w:rPr>
        <w:t>2.4. Responsabilizar-se por todos os encargos trabalhistas, previdenciários, fiscais e comerciais decorrentes da execução dos serviços;</w:t>
      </w:r>
    </w:p>
    <w:p/>
    <w:p>
      <w:r>
        <w:rPr>
          <w:b/>
          <w:sz w:val="22"/>
        </w:rPr>
        <w:t>CLÁUSULA 3 – DAS OBRIGAÇÕES DO CONTRATANTE</w:t>
      </w:r>
    </w:p>
    <w:p>
      <w:r>
        <w:rPr>
          <w:b w:val="0"/>
          <w:sz w:val="20"/>
        </w:rPr>
        <w:t>3.1. Fornecer todas as informações, documentos e condições necessárias para a execução dos serviços;</w:t>
      </w:r>
    </w:p>
    <w:p>
      <w:r>
        <w:rPr>
          <w:b w:val="0"/>
          <w:sz w:val="20"/>
        </w:rPr>
        <w:t>3.2. Efetuar o pagamento ao CONTRATADO na forma e prazos estipulados neste contrato;</w:t>
      </w:r>
    </w:p>
    <w:p>
      <w:r>
        <w:rPr>
          <w:b w:val="0"/>
          <w:sz w:val="20"/>
        </w:rPr>
        <w:t>3.3. Comunicar eventuais alterações ou problemas relacionados aos serviços contratados;</w:t>
      </w:r>
    </w:p>
    <w:p/>
    <w:p>
      <w:r>
        <w:rPr>
          <w:b/>
          <w:sz w:val="22"/>
        </w:rPr>
        <w:t>CLÁUSULA 4 – DA REMUNERAÇÃO E CONDIÇÕES DE PAGAMENTO</w:t>
      </w:r>
    </w:p>
    <w:p>
      <w:r>
        <w:rPr>
          <w:b w:val="0"/>
          <w:sz w:val="20"/>
        </w:rPr>
        <w:t>4.1. Pela prestação dos serviços objeto deste contrato, o CONTRATANTE pagará ao CONTRATADO a quantia de R$ _______________ (__________________________________________________),</w:t>
      </w:r>
    </w:p>
    <w:p>
      <w:r>
        <w:rPr>
          <w:b w:val="0"/>
          <w:sz w:val="20"/>
        </w:rPr>
        <w:t>4.2. O pagamento será efetuado da seguinte forma: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4.3. Em caso de atraso no pagamento, incidirá multa de 2% (dois por cento) sobre o valor devido, além de juros de mora de 1% (um por cento) ao mês.</w:t>
      </w:r>
    </w:p>
    <w:p/>
    <w:p>
      <w:r>
        <w:rPr>
          <w:b/>
          <w:sz w:val="22"/>
        </w:rPr>
        <w:t>CLÁUSULA 5 – DO PRAZO E VIGÊNCIA</w:t>
      </w:r>
    </w:p>
    <w:p>
      <w:r>
        <w:rPr>
          <w:b w:val="0"/>
          <w:sz w:val="20"/>
        </w:rPr>
        <w:t>5.1. O presente contrato tem prazo de vigência de ______ (____) meses, com início em ___/___/____ e término em ___/___/____.</w:t>
      </w:r>
    </w:p>
    <w:p>
      <w:r>
        <w:rPr>
          <w:b w:val="0"/>
          <w:sz w:val="20"/>
        </w:rPr>
        <w:t>5.2. O contrato poderá ser renovado mediante acordo entre as partes, por escrito.</w:t>
      </w:r>
    </w:p>
    <w:p/>
    <w:p>
      <w:r>
        <w:rPr>
          <w:b/>
          <w:sz w:val="22"/>
        </w:rPr>
        <w:t>CLÁUSULA 6 – DA RESCISÃO</w:t>
      </w:r>
    </w:p>
    <w:p>
      <w:r>
        <w:rPr>
          <w:b w:val="0"/>
          <w:sz w:val="20"/>
        </w:rPr>
        <w:t>6.1. O presente contrato poderá ser rescindido por qualquer das partes, mediante aviso prévio por escrito de 30 (trinta) dias;</w:t>
      </w:r>
    </w:p>
    <w:p>
      <w:r>
        <w:rPr>
          <w:b w:val="0"/>
          <w:sz w:val="20"/>
        </w:rPr>
        <w:t>6.2. A rescisão imediata poderá ocorrer em caso de descumprimento de quaisquer das cláusulas aqui pactuadas;</w:t>
      </w:r>
    </w:p>
    <w:p>
      <w:r>
        <w:rPr>
          <w:b w:val="0"/>
          <w:sz w:val="20"/>
        </w:rPr>
        <w:t>6.3. Em caso de rescisão antecipada sem justa causa por parte do CONTRATANTE, este pagará ao CONTRATADO uma multa compensatória equivalente a ____% do valor restante do contrato.</w:t>
      </w:r>
    </w:p>
    <w:p/>
    <w:p>
      <w:r>
        <w:rPr>
          <w:b/>
          <w:sz w:val="22"/>
        </w:rPr>
        <w:t>CLÁUSULA 7 – DAS RESPONSABILIDADES</w:t>
      </w:r>
    </w:p>
    <w:p>
      <w:r>
        <w:rPr>
          <w:b w:val="0"/>
          <w:sz w:val="20"/>
        </w:rPr>
        <w:t>7.1. O CONTRATADO não será responsável por danos decorrentes de informações incorretas ou insuficientes fornecidas pelo CONTRATANTE;</w:t>
      </w:r>
    </w:p>
    <w:p>
      <w:r>
        <w:rPr>
          <w:b w:val="0"/>
          <w:sz w:val="20"/>
        </w:rPr>
        <w:t>7.2. O CONTRATANTE responderá por quaisquer obrigações acessórias necessárias para a execução dos serviços;</w:t>
      </w:r>
    </w:p>
    <w:p>
      <w:r>
        <w:rPr>
          <w:b w:val="0"/>
          <w:sz w:val="20"/>
        </w:rPr>
        <w:t>7.3. As partes isentam-se mutuamente de responsabilidade por danos indiretos, lucros cessantes ou quaisquer prejuízos que não decorram de dolo ou culpa grave.</w:t>
      </w:r>
    </w:p>
    <w:p/>
    <w:p>
      <w:r>
        <w:rPr>
          <w:b/>
          <w:sz w:val="22"/>
        </w:rPr>
        <w:t>CLÁUSULA 8 – DO SIGILO E CONFIDENCIALIDADE</w:t>
      </w:r>
    </w:p>
    <w:p>
      <w:r>
        <w:rPr>
          <w:b w:val="0"/>
          <w:sz w:val="20"/>
        </w:rPr>
        <w:t>8.1. As partes comprometem-se a manter sigilo absoluto sobre todas as informações e documentos recebidos em razão deste contrato, não podendo divulgá-los a terceiros sem prévia autorização por escrito.</w:t>
      </w:r>
    </w:p>
    <w:p>
      <w:r>
        <w:rPr>
          <w:b w:val="0"/>
          <w:sz w:val="20"/>
        </w:rPr>
        <w:t>8.2. Esta obrigação subsistirá mesmo após o término deste contrato.</w:t>
      </w:r>
    </w:p>
    <w:p/>
    <w:p>
      <w:r>
        <w:rPr>
          <w:b/>
          <w:sz w:val="22"/>
        </w:rPr>
        <w:t>CLÁUSULA 9 – DAS DISPOSIÇÕES GERAIS</w:t>
      </w:r>
    </w:p>
    <w:p>
      <w:r>
        <w:rPr>
          <w:b w:val="0"/>
          <w:sz w:val="20"/>
        </w:rPr>
        <w:t>9.1. Este contrato não estabelece vínculo empregatício entre as partes, sendo o CONTRATADO responsável por seus encargos trabalhistas e fiscais;</w:t>
      </w:r>
    </w:p>
    <w:p>
      <w:r>
        <w:rPr>
          <w:b w:val="0"/>
          <w:sz w:val="20"/>
        </w:rPr>
        <w:t>9.2. Qualquer alteração neste contrato somente terá validade se feita por escrito e assinada por ambas as partes;</w:t>
      </w:r>
    </w:p>
    <w:p>
      <w:r>
        <w:rPr>
          <w:b w:val="0"/>
          <w:sz w:val="20"/>
        </w:rPr>
        <w:t>9.3. Eventuais tolerâncias das partes quanto ao descumprimento de cláusulas não importarão renúncia de direitos.</w:t>
      </w:r>
    </w:p>
    <w:p/>
    <w:p>
      <w:r>
        <w:rPr>
          <w:b/>
          <w:sz w:val="22"/>
        </w:rPr>
        <w:t>CLÁUSULA 10 – DO FORO</w:t>
      </w:r>
    </w:p>
    <w:p>
      <w:r>
        <w:rPr>
          <w:b w:val="0"/>
          <w:sz w:val="20"/>
        </w:rPr>
        <w:t>10.1. Para dirimir quaisquer controvérsias oriundas deste contrato, as partes elegem o foro da comarca de ____________________, com renúncia a qualquer outro, por mais privilegiado que seja.</w:t>
      </w:r>
    </w:p>
    <w:p/>
    <w:p/>
    <w:p>
      <w:r>
        <w:rPr>
          <w:b w:val="0"/>
          <w:sz w:val="20"/>
        </w:rPr>
        <w:t>E, por estarem assim justos e contratados, assinam o presente instrumento em duas vias de igual teor e forma, na presença de duas testemunhas.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>
              <w:t>CONTRATANTE</w:t>
            </w:r>
          </w:p>
        </w:tc>
        <w:tc>
          <w:tcPr>
            <w:tcW w:type="dxa" w:w="4535"/>
          </w:tcPr>
          <w:p>
            <w:r>
              <w:t>CONTRATADO(A)</w:t>
            </w:r>
          </w:p>
        </w:tc>
      </w:tr>
      <w:tr>
        <w:tc>
          <w:tcPr>
            <w:tcW w:type="dxa" w:w="4535"/>
          </w:tcPr>
          <w:p>
            <w:r>
              <w:br/>
              <w:br/>
              <w:t>_________________________________________________</w:t>
            </w:r>
          </w:p>
        </w:tc>
        <w:tc>
          <w:tcPr>
            <w:tcW w:type="dxa" w:w="4535"/>
          </w:tcPr>
          <w:p>
            <w:r>
              <w:br/>
              <w:br/>
              <w:t>_________________________________________________</w:t>
            </w:r>
          </w:p>
        </w:tc>
      </w:tr>
      <w:tr>
        <w:tc>
          <w:tcPr>
            <w:tcW w:type="dxa" w:w="4535"/>
          </w:tcPr>
          <w:p>
            <w:r>
              <w:t>Nome: ___________________________________________</w:t>
            </w:r>
          </w:p>
        </w:tc>
        <w:tc>
          <w:tcPr>
            <w:tcW w:type="dxa" w:w="4535"/>
          </w:tcPr>
          <w:p>
            <w:r>
              <w:t>Nome: ___________________________________________</w:t>
            </w:r>
          </w:p>
        </w:tc>
      </w:tr>
    </w:tbl>
    <w:p/>
    <w:p/>
    <w:p>
      <w:r>
        <w:rPr>
          <w:b w:val="0"/>
          <w:sz w:val="20"/>
        </w:rPr>
        <w:t>TESTEMUNHAS: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>
              <w:t>1. _______________________________</w:t>
            </w:r>
          </w:p>
        </w:tc>
        <w:tc>
          <w:tcPr>
            <w:tcW w:type="dxa" w:w="4535"/>
          </w:tcPr>
          <w:p>
            <w:r>
              <w:t>CPF: ____________________________</w:t>
            </w:r>
          </w:p>
        </w:tc>
      </w:tr>
      <w:tr>
        <w:tc>
          <w:tcPr>
            <w:tcW w:type="dxa" w:w="4535"/>
          </w:tcPr>
          <w:p>
            <w:r>
              <w:t>2. _______________________________</w:t>
            </w:r>
          </w:p>
        </w:tc>
        <w:tc>
          <w:tcPr>
            <w:tcW w:type="dxa" w:w="4535"/>
          </w:tcPr>
          <w:p>
            <w:r>
              <w:t>CPF: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https://modelo-lex.com/contrato-de-servico/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ontrato-de-servic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