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PARTICULAR DE LOCAÇÃO DE IMÓVEL RESIDENCIAL</w:t>
      </w:r>
    </w:p>
    <w:p/>
    <w:p/>
    <w:p>
      <w:r>
        <w:rPr>
          <w:b/>
          <w:sz w:val="20"/>
        </w:rPr>
        <w:t>LOCADOR: ________________________________________________________________, brasileiro(a), estado civil ______________, profissão ____________________, portador(a) do RG nº ___________________ e CPF nº ____________________________, residente e domiciliado(a) na ____________________________________________, doravante denominado(a) LOCADOR;</w:t>
      </w:r>
    </w:p>
    <w:p/>
    <w:p>
      <w:r>
        <w:rPr>
          <w:b/>
          <w:sz w:val="20"/>
        </w:rPr>
        <w:t>LOCATÁRIO: ______________________________________________________________, brasileiro(a), estado civil ______________, profissão ____________________, portador(a) do RG nº ___________________ e CPF nº ____________________________, residente e domiciliado(a) na ____________________________________________, doravante denominado(a) LOCATÁRIO;</w:t>
      </w:r>
    </w:p>
    <w:p/>
    <w:p>
      <w:pPr>
        <w:jc w:val="center"/>
      </w:pPr>
      <w:r>
        <w:rPr>
          <w:b w:val="0"/>
          <w:sz w:val="20"/>
        </w:rPr>
        <w:t>As partes acima identificadas têm, entre si, justo e acertado o presente Contrato Particular de Locação de Imóvel Residencial, que se regerá pelas cláusulas seguintes e pelas condições descritas no presente documento, além do disposto na Lei nº 8.245/91 (Lei do Inquilinato).</w:t>
      </w:r>
    </w:p>
    <w:p/>
    <w:p/>
    <w:p>
      <w:pPr>
        <w:jc w:val="left"/>
      </w:pPr>
      <w:r>
        <w:rPr>
          <w:b/>
          <w:sz w:val="22"/>
        </w:rPr>
        <w:t>CLÁUSULA 1ª – DO OBJETO</w:t>
      </w:r>
    </w:p>
    <w:p>
      <w:r>
        <w:rPr>
          <w:b w:val="0"/>
          <w:sz w:val="20"/>
        </w:rPr>
        <w:t>O LOCADOR dá em locação ao LOCATÁRIO, que aceita, o imóvel residencial situado à ________________________________________________________________, descrito na matrícula nº ________________ do Cartório de Registro de Imóveis de ____________________, destinado exclusivamente para fins residenciais.</w:t>
      </w:r>
    </w:p>
    <w:p/>
    <w:p>
      <w:pPr>
        <w:jc w:val="left"/>
      </w:pPr>
      <w:r>
        <w:rPr>
          <w:b/>
          <w:sz w:val="22"/>
        </w:rPr>
        <w:t>CLÁUSULA 2ª – DO PRAZO</w:t>
      </w:r>
    </w:p>
    <w:p>
      <w:r>
        <w:rPr>
          <w:b w:val="0"/>
          <w:sz w:val="20"/>
        </w:rPr>
        <w:t>O prazo da locação é de ___ (______) meses, iniciando-se em ______/________ e terminando em ______/________, findo o qual o contrato poderá ser renovado mediante acordo entre as partes ou rescindido, conforme dispõe a legislação aplicável.</w:t>
      </w:r>
    </w:p>
    <w:p/>
    <w:p>
      <w:pPr>
        <w:jc w:val="left"/>
      </w:pPr>
      <w:r>
        <w:rPr>
          <w:b/>
          <w:sz w:val="22"/>
        </w:rPr>
        <w:t>CLÁUSULA 3ª – DO ALUGUEL E ENCARGOS</w:t>
      </w:r>
    </w:p>
    <w:p>
      <w:r>
        <w:rPr>
          <w:b w:val="0"/>
          <w:sz w:val="20"/>
        </w:rPr>
        <w:t>O aluguel mensal será de R$ __________________ (______________________________), a ser pago até o dia ___ de cada mês, na conta bancária indicada pelo LOCADOR ou em outro local por ele designado.</w:t>
      </w:r>
    </w:p>
    <w:p>
      <w:r>
        <w:rPr>
          <w:b w:val="0"/>
          <w:sz w:val="20"/>
        </w:rPr>
        <w:t>Além do aluguel, o LOCATÁRIO será responsável pelo pagamento das seguintes despesas e encargos incidentes sobre o imóvel:</w:t>
      </w:r>
    </w:p>
    <w:p>
      <w:r>
        <w:rPr>
          <w:b/>
          <w:sz w:val="20"/>
        </w:rPr>
        <w:t>a) Condomínio: R$ _______________;</w:t>
      </w:r>
    </w:p>
    <w:p>
      <w:r>
        <w:rPr>
          <w:b/>
          <w:sz w:val="20"/>
        </w:rPr>
        <w:t>b) IPTU e taxas municipais: R$ _______________;</w:t>
      </w:r>
    </w:p>
    <w:p>
      <w:r>
        <w:rPr>
          <w:b w:val="0"/>
          <w:sz w:val="20"/>
        </w:rPr>
        <w:t>c) Contas de consumo de água, energia elétrica, gás, telefone e demais serviços utilizados no imóvel;</w:t>
      </w:r>
    </w:p>
    <w:p>
      <w:r>
        <w:rPr>
          <w:b w:val="0"/>
          <w:sz w:val="20"/>
        </w:rPr>
        <w:t>d) Seguro contra incêndio, se contratado;</w:t>
      </w:r>
    </w:p>
    <w:p/>
    <w:p>
      <w:pPr>
        <w:jc w:val="left"/>
      </w:pPr>
      <w:r>
        <w:rPr>
          <w:b/>
          <w:sz w:val="22"/>
        </w:rPr>
        <w:t>CLÁUSULA 4ª – DA GARANTIA</w:t>
      </w:r>
    </w:p>
    <w:p>
      <w:r>
        <w:rPr>
          <w:b w:val="0"/>
          <w:sz w:val="20"/>
        </w:rPr>
        <w:t>Como garantia do presente contrato, o LOCATÁRIO oferece: _________________________________________________________________</w:t>
      </w:r>
    </w:p>
    <w:p>
      <w:r>
        <w:rPr>
          <w:b w:val="0"/>
          <w:sz w:val="20"/>
        </w:rPr>
        <w:t>(exemplo: caução, fiança, seguro-fiança ou outra modalidade prevista em lei), que será formalizada em documento específico, nos termos da legislação vigente.</w:t>
      </w:r>
    </w:p>
    <w:p/>
    <w:p>
      <w:pPr>
        <w:jc w:val="left"/>
      </w:pPr>
      <w:r>
        <w:rPr>
          <w:b/>
          <w:sz w:val="22"/>
        </w:rPr>
        <w:t>CLÁUSULA 5ª – DAS OBRIGAÇÕES DO LOCATÁRIO</w:t>
      </w:r>
    </w:p>
    <w:p>
      <w:r>
        <w:rPr>
          <w:b w:val="0"/>
          <w:sz w:val="20"/>
        </w:rPr>
        <w:t>São obrigações do LOCATÁRIO:</w:t>
      </w:r>
    </w:p>
    <w:p>
      <w:r>
        <w:rPr>
          <w:b w:val="0"/>
          <w:sz w:val="20"/>
        </w:rPr>
        <w:t>a) Pagar pontualmente o aluguel e demais encargos;</w:t>
      </w:r>
    </w:p>
    <w:p>
      <w:r>
        <w:rPr>
          <w:b w:val="0"/>
          <w:sz w:val="20"/>
        </w:rPr>
        <w:t>b) Utilizar o imóvel exclusivamente para fins residenciais;</w:t>
      </w:r>
    </w:p>
    <w:p>
      <w:r>
        <w:rPr>
          <w:b w:val="0"/>
          <w:sz w:val="20"/>
        </w:rPr>
        <w:t>c) Conservar o imóvel e devolvê-lo no estado em que o recebeu, salvo deteriorações decorrentes do uso normal;</w:t>
      </w:r>
    </w:p>
    <w:p>
      <w:r>
        <w:rPr>
          <w:b w:val="0"/>
          <w:sz w:val="20"/>
        </w:rPr>
        <w:t>d) Não realizar alterações, reformas ou modificações no imóvel sem autorização prévia e por escrito do LOCADOR;</w:t>
      </w:r>
    </w:p>
    <w:p>
      <w:r>
        <w:rPr>
          <w:b w:val="0"/>
          <w:sz w:val="20"/>
        </w:rPr>
        <w:t>e) Permitir a vistoria do imóvel pelo LOCADOR mediante aviso prévio;</w:t>
      </w:r>
    </w:p>
    <w:p>
      <w:r>
        <w:rPr>
          <w:b w:val="0"/>
          <w:sz w:val="20"/>
        </w:rPr>
        <w:t>f) Cumprir as demais obrigações previstas neste contrato e na legislação aplicável.</w:t>
      </w:r>
    </w:p>
    <w:p/>
    <w:p>
      <w:pPr>
        <w:jc w:val="left"/>
      </w:pPr>
      <w:r>
        <w:rPr>
          <w:b/>
          <w:sz w:val="22"/>
        </w:rPr>
        <w:t>CLÁUSULA 6ª – DAS OBRIGAÇÕES DO LOCADOR</w:t>
      </w:r>
    </w:p>
    <w:p>
      <w:r>
        <w:rPr>
          <w:b w:val="0"/>
          <w:sz w:val="20"/>
        </w:rPr>
        <w:t>São obrigações do LOCADOR:</w:t>
      </w:r>
    </w:p>
    <w:p>
      <w:r>
        <w:rPr>
          <w:b w:val="0"/>
          <w:sz w:val="20"/>
        </w:rPr>
        <w:t>a) Entregar o imóvel em condições de uso para o fim a que se destina;</w:t>
      </w:r>
    </w:p>
    <w:p>
      <w:r>
        <w:rPr>
          <w:b w:val="0"/>
          <w:sz w:val="20"/>
        </w:rPr>
        <w:t>b) Garantir o uso pacífico do imóvel durante a locação;</w:t>
      </w:r>
    </w:p>
    <w:p>
      <w:r>
        <w:rPr>
          <w:b w:val="0"/>
          <w:sz w:val="20"/>
        </w:rPr>
        <w:t>c) Responsabilizar-se por vícios ou defeitos anteriores à locação;</w:t>
      </w:r>
    </w:p>
    <w:p>
      <w:r>
        <w:rPr>
          <w:b w:val="0"/>
          <w:sz w:val="20"/>
        </w:rPr>
        <w:t>d) Cumprir as demais obrigações previstas na legislação vigente.</w:t>
      </w:r>
    </w:p>
    <w:p/>
    <w:p>
      <w:pPr>
        <w:jc w:val="left"/>
      </w:pPr>
      <w:r>
        <w:rPr>
          <w:b/>
          <w:sz w:val="22"/>
        </w:rPr>
        <w:t>CLÁUSULA 7ª – DA RESCISÃO</w:t>
      </w:r>
    </w:p>
    <w:p>
      <w:r>
        <w:rPr>
          <w:b w:val="0"/>
          <w:sz w:val="20"/>
        </w:rPr>
        <w:t>O contrato poderá ser rescindido nas hipóteses previstas em lei, bem como nas seguintes situações:</w:t>
      </w:r>
    </w:p>
    <w:p>
      <w:r>
        <w:rPr>
          <w:b w:val="0"/>
          <w:sz w:val="20"/>
        </w:rPr>
        <w:t>a) Pelo inadimplemento de quaisquer das cláusulas contratuais;</w:t>
      </w:r>
    </w:p>
    <w:p>
      <w:r>
        <w:rPr>
          <w:b w:val="0"/>
          <w:sz w:val="20"/>
        </w:rPr>
        <w:t>b) Por interesse de qualquer das partes, mediante aviso prévio de 30 (trinta) dias;</w:t>
      </w:r>
    </w:p>
    <w:p>
      <w:r>
        <w:rPr>
          <w:b w:val="0"/>
          <w:sz w:val="20"/>
        </w:rPr>
        <w:t>c) Em caso de necessidade do imóvel pelo LOCADOR, conforme previsto na Lei nº 8.245/91;</w:t>
      </w:r>
    </w:p>
    <w:p>
      <w:r>
        <w:rPr>
          <w:b w:val="0"/>
          <w:sz w:val="20"/>
        </w:rPr>
        <w:t>d) Nas demais hipóteses previstas na legislação aplicável.</w:t>
      </w:r>
    </w:p>
    <w:p/>
    <w:p>
      <w:pPr>
        <w:jc w:val="left"/>
      </w:pPr>
      <w:r>
        <w:rPr>
          <w:b/>
          <w:sz w:val="22"/>
        </w:rPr>
        <w:t>CLÁUSULA 8ª – DA MULTA</w:t>
      </w:r>
    </w:p>
    <w:p>
      <w:r>
        <w:rPr>
          <w:b w:val="0"/>
          <w:sz w:val="20"/>
        </w:rPr>
        <w:t>Em caso de descumprimento de qualquer cláusula deste contrato, a parte infratora pagará à parte inocente multa equivalente a 3 (três) vezes o valor do aluguel vigente, sem prejuízo das perdas e danos e demais cominações legais.</w:t>
      </w:r>
    </w:p>
    <w:p/>
    <w:p>
      <w:pPr>
        <w:jc w:val="left"/>
      </w:pPr>
      <w:r>
        <w:rPr>
          <w:b/>
          <w:sz w:val="22"/>
        </w:rPr>
        <w:t>CLÁUSULA 9ª – DA RENOVAÇÃO E PRAZO INDETERMINADO</w:t>
      </w:r>
    </w:p>
    <w:p>
      <w:r>
        <w:rPr>
          <w:b w:val="0"/>
          <w:sz w:val="20"/>
        </w:rPr>
        <w:t>Após o término do prazo estipulado na Cláusula 2ª, o contrato poderá ser renovado por prazo igual ou indeterminado, conforme acordo entre as partes e disposições legais.</w:t>
      </w:r>
    </w:p>
    <w:p/>
    <w:p>
      <w:pPr>
        <w:jc w:val="left"/>
      </w:pPr>
      <w:r>
        <w:rPr>
          <w:b/>
          <w:sz w:val="22"/>
        </w:rPr>
        <w:t>CLÁUSULA 10ª – DISPOSIÇÕES GERAIS</w:t>
      </w:r>
    </w:p>
    <w:p>
      <w:r>
        <w:rPr>
          <w:b w:val="0"/>
          <w:sz w:val="20"/>
        </w:rPr>
        <w:t>10.1. O LOCATÁRIO declara ter vistoriado o imóvel e encontrá-lo em perfeito estado de conservação.</w:t>
      </w:r>
    </w:p>
    <w:p>
      <w:r>
        <w:rPr>
          <w:b w:val="0"/>
          <w:sz w:val="20"/>
        </w:rPr>
        <w:t>10.2. O presente contrato obriga as partes e seus sucessores, a qualquer título.</w:t>
      </w:r>
    </w:p>
    <w:p>
      <w:r>
        <w:rPr>
          <w:b w:val="0"/>
          <w:sz w:val="20"/>
        </w:rPr>
        <w:t>10.3. Qualquer alteração neste contrato somente terá validade se feita por escrito e assinada por ambas as partes.</w:t>
      </w:r>
    </w:p>
    <w:p>
      <w:r>
        <w:rPr>
          <w:b w:val="0"/>
          <w:sz w:val="20"/>
        </w:rPr>
        <w:t>10.4. As partes elegem o foro da comarca de _________________________ para dirimir quaisquer dúvidas ou litígios decorrentes deste contrato, renunciando a qualquer outro, por mais privilegiado que seja.</w:t>
      </w:r>
    </w:p>
    <w:p/>
    <w:p/>
    <w:p/>
    <w:p>
      <w:pPr>
        <w:jc w:val="center"/>
      </w:pPr>
      <w:r>
        <w:rPr>
          <w:b/>
          <w:sz w:val="22"/>
        </w:rPr>
        <w:t>______________________________________________</w:t>
        <w:br/>
      </w:r>
      <w:r>
        <w:rPr>
          <w:b w:val="0"/>
          <w:sz w:val="20"/>
        </w:rPr>
        <w:t>LOCADOR</w:t>
        <w:br/>
        <w:br/>
      </w:r>
    </w:p>
    <w:p>
      <w:pPr>
        <w:jc w:val="center"/>
      </w:pPr>
      <w:r>
        <w:rPr>
          <w:b/>
          <w:sz w:val="22"/>
        </w:rPr>
        <w:t>______________________________________________</w:t>
        <w:br/>
      </w:r>
      <w:r>
        <w:rPr>
          <w:b w:val="0"/>
          <w:sz w:val="20"/>
        </w:rPr>
        <w:t>LOCATÁRIO</w:t>
        <w:br/>
        <w:br/>
      </w:r>
    </w:p>
    <w:p/>
    <w:p/>
    <w:p/>
    <w:p>
      <w:r>
        <w:rPr>
          <w:b/>
          <w:sz w:val="20"/>
        </w:rPr>
        <w:t>Testemunhas: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Nome: 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CPF: 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https://modelo-lex.com/contrato-imobiliario/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lex.com/contrato-imobiliario/" TargetMode="External"/><Relationship Id="rId10" Type="http://schemas.openxmlformats.org/officeDocument/2006/relationships/hyperlink" Target="https://modelo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