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HIPOSSUFICIÊNCIA</w:t>
      </w:r>
    </w:p>
    <w:p/>
    <w:p/>
    <w:p>
      <w:r>
        <w:rPr>
          <w:b/>
          <w:i w:val="0"/>
          <w:sz w:val="22"/>
        </w:rPr>
        <w:t>Eu, ____________________________________________________________,</w:t>
      </w:r>
    </w:p>
    <w:p>
      <w:r>
        <w:rPr>
          <w:b/>
          <w:i w:val="0"/>
          <w:sz w:val="22"/>
        </w:rPr>
        <w:t>nacionalidade ___________________, estado civil ___________________, profissão ___________________,</w:t>
      </w:r>
    </w:p>
    <w:p>
      <w:r>
        <w:rPr>
          <w:b/>
          <w:i w:val="0"/>
          <w:sz w:val="22"/>
        </w:rPr>
        <w:t>portador(a) do RG nº ____________________ e CPF nº ____________________, residente e domiciliado(a) à</w:t>
      </w:r>
    </w:p>
    <w:p>
      <w:r>
        <w:rPr>
          <w:b/>
          <w:i w:val="0"/>
          <w:sz w:val="22"/>
        </w:rPr>
        <w:t>__________________________________________________________________________________________,</w:t>
      </w:r>
    </w:p>
    <w:p>
      <w:r>
        <w:rPr>
          <w:b/>
          <w:i w:val="0"/>
          <w:sz w:val="22"/>
        </w:rPr>
        <w:t>declaro, para os devidos fins, ser pessoa pobre na acepção jurídica do termo, não podendo arcar com as custas</w:t>
      </w:r>
    </w:p>
    <w:p>
      <w:r>
        <w:rPr>
          <w:b/>
          <w:i w:val="0"/>
          <w:sz w:val="22"/>
        </w:rPr>
        <w:t>processuais e honorários advocatícios sem prejuízo do sustento próprio e de minha família,</w:t>
      </w:r>
    </w:p>
    <w:p>
      <w:r>
        <w:rPr>
          <w:b/>
          <w:i w:val="0"/>
          <w:sz w:val="22"/>
        </w:rPr>
        <w:t>requerendo, assim, a concessão dos benefícios da justiça gratuita, nos termos da Lei nº 1.060/50 e do artigo 98</w:t>
      </w:r>
    </w:p>
    <w:p>
      <w:r>
        <w:rPr>
          <w:b/>
          <w:i w:val="0"/>
          <w:sz w:val="22"/>
        </w:rPr>
        <w:t>e seguintes do Código de Processo Civil, bem como nos termos do artigo 5º, inciso LXXIV, da Constituição Federal.</w:t>
      </w:r>
    </w:p>
    <w:p/>
    <w:p>
      <w:r>
        <w:rPr>
          <w:b w:val="0"/>
          <w:i/>
          <w:sz w:val="22"/>
        </w:rPr>
        <w:t>Declaro, ainda, que as informações aqui prestadas são verdadeiras e que estou ciente das sanções penais e civis</w:t>
      </w:r>
    </w:p>
    <w:p>
      <w:r>
        <w:rPr>
          <w:b w:val="0"/>
          <w:i/>
          <w:sz w:val="22"/>
        </w:rPr>
        <w:t>em caso de falsidade.</w:t>
      </w:r>
    </w:p>
    <w:p/>
    <w:p>
      <w:pPr>
        <w:jc w:val="center"/>
      </w:pPr>
      <w:r>
        <w:rPr>
          <w:b w:val="0"/>
          <w:i w:val="0"/>
          <w:sz w:val="22"/>
        </w:rPr>
        <w:t>Por ser verdade, firmo a presente declaração.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Declarante</w:t>
      </w:r>
    </w:p>
    <w:p/>
    <w:p/>
    <w:p/>
    <w:p/>
    <w:p>
      <w:r>
        <w:rPr>
          <w:b w:val="0"/>
          <w:i/>
          <w:sz w:val="22"/>
        </w:rPr>
        <w:t>OBSERVAÇÃO: Esta declaração é válida para fins de obtenção de justiça gratuita e deve ser apresentada juntamente</w:t>
      </w:r>
    </w:p>
    <w:p>
      <w:r>
        <w:rPr>
          <w:b w:val="0"/>
          <w:i/>
          <w:sz w:val="22"/>
        </w:rPr>
        <w:t>com os documentos comprobatórios da hipossuficiência financeira, caso exigidos pelo juízo.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https://modelo-lex.com/declaracao-de-hipossuficiencia/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declaracao-de-hipossuficienci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