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TESTEMUNHA PARA PROCESSO</w:t>
      </w:r>
    </w:p>
    <w:p/>
    <w:p/>
    <w:p>
      <w:pPr>
        <w:jc w:val="both"/>
      </w:pPr>
      <w:r>
        <w:rPr>
          <w:b w:val="0"/>
          <w:i w:val="0"/>
          <w:sz w:val="22"/>
        </w:rPr>
        <w:t>Eu, ________________________________________________, brasileiro(a), portador(a) da carteira de identidade nº ______________________ e CPF nº ______________________, residente e domiciliado(a) na ________________________________________________, declaro, para os devidos fins legais, que sou testemunha dos fatos relacionados ao processo judicial em trâmite nesta Vara, e que prestarei meu depoimento com veracidade e sob as penas da lei.</w:t>
      </w:r>
    </w:p>
    <w:p/>
    <w:p>
      <w:pPr>
        <w:jc w:val="both"/>
      </w:pPr>
      <w:r>
        <w:rPr>
          <w:b w:val="0"/>
          <w:i w:val="0"/>
          <w:sz w:val="22"/>
        </w:rPr>
        <w:t>Declaro ainda que não possuo qualquer interesse direto ou indireto no resultado deste processo, assim como não estou impedido(a) ou suspeito(a) para prestar o referido depoimento.</w:t>
      </w:r>
    </w:p>
    <w:p/>
    <w:p>
      <w:pPr>
        <w:jc w:val="both"/>
      </w:pPr>
      <w:r>
        <w:rPr>
          <w:b w:val="0"/>
          <w:i w:val="0"/>
          <w:sz w:val="22"/>
        </w:rPr>
        <w:t>Comprometo-me a comparecer em audiência sempre que convocado(a), para esclarecer os fatos que presenciei ou dos quais tenho conhecimento, de forma clara e objetiva.</w:t>
      </w:r>
    </w:p>
    <w:p/>
    <w:p>
      <w:pPr>
        <w:jc w:val="both"/>
      </w:pPr>
      <w:r>
        <w:rPr>
          <w:b w:val="0"/>
          <w:i w:val="0"/>
          <w:sz w:val="22"/>
        </w:rPr>
        <w:t>Por ser expressão da verdade, firmo a presente declaração para que produza os efeitos legais.</w:t>
      </w:r>
    </w:p>
    <w:p/>
    <w:p/>
    <w:p/>
    <w:p>
      <w:pPr>
        <w:jc w:val="both"/>
      </w:pPr>
      <w:r>
        <w:rPr>
          <w:b w:val="0"/>
          <w:i/>
          <w:sz w:val="22"/>
        </w:rPr>
        <w:t>Local: __________________________________________</w:t>
      </w:r>
    </w:p>
    <w:p>
      <w:pPr>
        <w:jc w:val="both"/>
      </w:pPr>
      <w:r>
        <w:rPr>
          <w:b w:val="0"/>
          <w:i/>
          <w:sz w:val="22"/>
        </w:rPr>
        <w:t>Data: __________________________________________</w:t>
      </w:r>
    </w:p>
    <w:p/>
    <w:p/>
    <w:p/>
    <w:p/>
    <w:p>
      <w:pPr>
        <w:jc w:val="center"/>
      </w:pPr>
      <w:r>
        <w:rPr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da Testemunha</w:t>
      </w:r>
    </w:p>
    <w:p/>
    <w:p/>
    <w:p>
      <w:pPr>
        <w:jc w:val="both"/>
      </w:pPr>
      <w:r>
        <w:rPr>
          <w:b w:val="0"/>
          <w:i/>
          <w:sz w:val="22"/>
        </w:rPr>
        <w:t>Reconhecido por autenticidade:</w:t>
      </w:r>
    </w:p>
    <w:p/>
    <w:p/>
    <w:p>
      <w:pPr>
        <w:jc w:val="center"/>
      </w:pPr>
      <w:r>
        <w:rPr>
          <w:sz w:val="18"/>
        </w:rPr>
        <w:t>Esta declaração está em conformidade com o disposto no Código de Processo Civil Brasileiro e demais legislações aplicáveis, sendo válida para fins judiciais em todo território nacional.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https://modelo-lex.com/declaracao-de-testemunha-para-processo/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declaracao-de-testemunha-para-process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