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EMBARGOS DECLARATÓRIOS</w:t>
      </w:r>
    </w:p>
    <w:p/>
    <w:p/>
    <w:p>
      <w:r>
        <w:rPr>
          <w:b w:val="0"/>
          <w:sz w:val="22"/>
        </w:rPr>
        <w:t>EXCELENTÍSSIMO(A) SENHOR(A) DOUTOR(A) JUIZ(A) DE DIREITO DA ___ VARA CÍVEL/CRIMINAL/DO TRABALHO DA COMARCA DE ____________________</w:t>
      </w:r>
    </w:p>
    <w:p/>
    <w:p>
      <w:r>
        <w:rPr>
          <w:b w:val="0"/>
          <w:sz w:val="22"/>
        </w:rPr>
        <w:t>Processo nº: ___________________________________________</w:t>
      </w:r>
    </w:p>
    <w:p/>
    <w:p>
      <w:r>
        <w:rPr>
          <w:b w:val="0"/>
          <w:sz w:val="22"/>
        </w:rPr>
        <w:t>Embargante: _____________________________________________</w:t>
      </w:r>
    </w:p>
    <w:p>
      <w:r>
        <w:rPr>
          <w:b w:val="0"/>
          <w:sz w:val="22"/>
        </w:rPr>
        <w:t>Advogado: _______________________________________________</w:t>
      </w:r>
    </w:p>
    <w:p>
      <w:r>
        <w:rPr>
          <w:b w:val="0"/>
          <w:sz w:val="22"/>
        </w:rPr>
        <w:t>OAB nº: ________________________________________________</w:t>
      </w:r>
    </w:p>
    <w:p/>
    <w:p>
      <w:r>
        <w:rPr>
          <w:b w:val="0"/>
          <w:sz w:val="22"/>
        </w:rPr>
        <w:t>Embargado: ______________________________________________</w:t>
      </w:r>
    </w:p>
    <w:p/>
    <w:p>
      <w:r>
        <w:rPr>
          <w:b/>
          <w:sz w:val="22"/>
        </w:rPr>
        <w:t>I – DOS FATOS E DA TEMPESTIVIDADE</w:t>
      </w:r>
    </w:p>
    <w:p/>
    <w:p>
      <w:r>
        <w:rPr>
          <w:b/>
          <w:sz w:val="22"/>
        </w:rPr>
        <w:t>O Embargante, por meio de seu advogado infra-assinado, inconformado com a decisão/ sentença/acórdão de fls. ______________, vem, tempestivamente, opor os presentes Embargos Declaratórios, com fundamento no artigo 1.022 do Código de Processo Civil, pelas razões que passa a expor:</w:t>
      </w:r>
    </w:p>
    <w:p/>
    <w:p>
      <w:r>
        <w:rPr>
          <w:b/>
          <w:sz w:val="22"/>
        </w:rPr>
        <w:t>II – DOS VÍCIOS A SEREM SANADOS</w:t>
      </w:r>
    </w:p>
    <w:p/>
    <w:p>
      <w:pPr>
        <w:ind w:firstLine="567"/>
      </w:pPr>
      <w:r>
        <w:rPr>
          <w:b w:val="0"/>
          <w:sz w:val="22"/>
        </w:rPr>
        <w:t>1. OMISSÃO</w:t>
      </w:r>
    </w:p>
    <w:p/>
    <w:p>
      <w:r>
        <w:rPr>
          <w:b w:val="0"/>
          <w:sz w:val="22"/>
        </w:rPr>
        <w:t>O respeitável decisum deixou de analisar ponto fundamental para o deslinde da controvérsia, qual seja: ________________________________________________________________.</w:t>
      </w:r>
    </w:p>
    <w:p>
      <w:r>
        <w:rPr>
          <w:b w:val="0"/>
          <w:sz w:val="22"/>
        </w:rPr>
        <w:t>Tal omissão prejudica o julgamento completo da lide, tornando necessária a apreciação pelo juízo para que não reste dúvida ou obscuridade.</w:t>
      </w:r>
    </w:p>
    <w:p/>
    <w:p>
      <w:pPr>
        <w:ind w:firstLine="567"/>
      </w:pPr>
      <w:r>
        <w:rPr>
          <w:b w:val="0"/>
          <w:sz w:val="22"/>
        </w:rPr>
        <w:t>2. CONTRADIÇÃO</w:t>
      </w:r>
    </w:p>
    <w:p/>
    <w:p>
      <w:r>
        <w:rPr>
          <w:b w:val="0"/>
          <w:sz w:val="22"/>
        </w:rPr>
        <w:t>Constata-se contradição entre os fundamentos utilizados pelo juízo para proferir a decisão, pois em determinado trecho afirmou-se que ____________________, ao passo que em outro momento asseverou-se que ____________________.</w:t>
      </w:r>
    </w:p>
    <w:p>
      <w:r>
        <w:rPr>
          <w:b w:val="0"/>
          <w:sz w:val="22"/>
        </w:rPr>
        <w:t>Tal contradição compromete a segurança jurídica e a correta aplicação do direito.</w:t>
      </w:r>
    </w:p>
    <w:p/>
    <w:p>
      <w:pPr>
        <w:ind w:firstLine="567"/>
      </w:pPr>
      <w:r>
        <w:rPr>
          <w:b w:val="0"/>
          <w:sz w:val="22"/>
        </w:rPr>
        <w:t>3. OBSCURIDADE</w:t>
      </w:r>
    </w:p>
    <w:p/>
    <w:p>
      <w:r>
        <w:rPr>
          <w:b w:val="0"/>
          <w:sz w:val="22"/>
        </w:rPr>
        <w:t>A decisão apresenta obscuridade na passagem em que se refere a ____________________________, dificultando o entendimento claro do conteúdo decisório.</w:t>
      </w:r>
    </w:p>
    <w:p>
      <w:r>
        <w:rPr>
          <w:b w:val="0"/>
          <w:sz w:val="22"/>
        </w:rPr>
        <w:t>Diante disso, é imprescindível o esclarecimento para que se evite dúvida sobre o alcance da decisão.</w:t>
      </w:r>
    </w:p>
    <w:p/>
    <w:p>
      <w:r>
        <w:rPr>
          <w:b/>
          <w:sz w:val="22"/>
        </w:rPr>
        <w:t>III – DO PEDIDO</w:t>
      </w:r>
    </w:p>
    <w:p/>
    <w:p>
      <w:r>
        <w:rPr>
          <w:b/>
          <w:sz w:val="22"/>
        </w:rPr>
        <w:t>Diante do exposto, requer-se:</w:t>
      </w:r>
    </w:p>
    <w:p/>
    <w:p>
      <w:pPr>
        <w:ind w:firstLine="567"/>
      </w:pPr>
      <w:r>
        <w:rPr>
          <w:b w:val="0"/>
          <w:sz w:val="22"/>
        </w:rPr>
        <w:t>a) O conhecimento e o provimento dos presentes Embargos Declaratórios para que seja sanada a omissão/contradição/obscuridade apontada, com o consequente esclarecimento e complementação do decisum;</w:t>
      </w:r>
    </w:p>
    <w:p>
      <w:r>
        <w:rPr>
          <w:b w:val="0"/>
          <w:sz w:val="22"/>
        </w:rPr>
        <w:t>b) Que seja mantida a integridade da decisão quanto aos seus demais termos;</w:t>
      </w:r>
    </w:p>
    <w:p>
      <w:r>
        <w:rPr>
          <w:b w:val="0"/>
          <w:sz w:val="22"/>
        </w:rPr>
        <w:t>c) A intimação do embargado para que, querendo, manifeste-se sobre os presentes embargos, nos termos do artigo 1.023 do CPC.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________________</w:t>
      </w:r>
    </w:p>
    <w:p>
      <w:r>
        <w:rPr>
          <w:b w:val="0"/>
          <w:sz w:val="22"/>
        </w:rPr>
        <w:t>Local/Data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https://modelo-lex.com/embargos-declaratorios/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embargos-declaratorios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