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AÇÃO DE INVENTÁRIO JUDICIAL</w:t>
      </w:r>
    </w:p>
    <w:p/>
    <w:p>
      <w:r>
        <w:rPr>
          <w:b w:val="0"/>
          <w:sz w:val="20"/>
        </w:rPr>
        <w:t>EXCELENTÍSSIMO(A) SENHOR(A) DOUTOR(A) JUIZ(A) DE DIREITO DA ___ VARA DE FAMÍLIA E SUCESSÕES DA COMARCA DE ____________________</w:t>
      </w:r>
    </w:p>
    <w:p/>
    <w:p>
      <w:r>
        <w:rPr>
          <w:b w:val="0"/>
          <w:sz w:val="20"/>
        </w:rPr>
        <w:t>REQUERENTE: _________________________________________________________________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_________________________________________________________________</w:t>
      </w:r>
    </w:p>
    <w:p>
      <w:r>
        <w:rPr>
          <w:b w:val="0"/>
          <w:sz w:val="20"/>
        </w:rPr>
        <w:t>DOCUMENTO DE IDENTIDADE (RG): _______________________________________________</w:t>
      </w:r>
    </w:p>
    <w:p>
      <w:r>
        <w:rPr>
          <w:b w:val="0"/>
          <w:sz w:val="20"/>
        </w:rPr>
        <w:t>CPF: _______________________________________________________________________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____________________________________________________________________</w:t>
      </w:r>
    </w:p>
    <w:p/>
    <w:p>
      <w:r>
        <w:rPr>
          <w:b w:val="0"/>
          <w:sz w:val="20"/>
        </w:rPr>
        <w:t>INVENTARIANTE: ______________________________________________________________</w:t>
      </w:r>
    </w:p>
    <w:p/>
    <w:p>
      <w:r>
        <w:rPr>
          <w:b w:val="0"/>
          <w:sz w:val="20"/>
        </w:rPr>
        <w:t>AÇÃO DE INVENTÁRIO JUDICIAL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O Requerente, na qualidade de herdeiro/legatário do(a) falecido(a) _________________________, vem respeitosamente à presença de Vossa Excelência requerer a abertura do presente inventário judicial, em razão do falecimento ocorrido em ___/___/____, conforme certidão de óbito anexa.</w:t>
      </w:r>
    </w:p>
    <w:p/>
    <w:p>
      <w:r>
        <w:rPr>
          <w:b w:val="0"/>
          <w:sz w:val="20"/>
        </w:rPr>
        <w:t>O(a) falecido(a) deixou os bens indicados a seguir, para serem partilhados entre os herdeiros legais e testamentários, observando-se as disposições legais pertinentes.</w:t>
      </w:r>
    </w:p>
    <w:p/>
    <w:p>
      <w:r>
        <w:rPr>
          <w:b/>
          <w:sz w:val="22"/>
        </w:rPr>
        <w:t>II – DOS HERDEIROS</w:t>
      </w:r>
    </w:p>
    <w:p/>
    <w:p>
      <w:r>
        <w:rPr>
          <w:b/>
          <w:sz w:val="20"/>
        </w:rPr>
        <w:t>São herdeiros do(a) falecido(a):</w:t>
      </w:r>
    </w:p>
    <w:p/>
    <w:p>
      <w:r>
        <w:rPr>
          <w:b w:val="0"/>
          <w:sz w:val="20"/>
        </w:rPr>
        <w:t>1. Nome: _______________________________________________________________</w:t>
      </w:r>
    </w:p>
    <w:p>
      <w:r>
        <w:rPr>
          <w:b w:val="0"/>
          <w:sz w:val="20"/>
        </w:rPr>
        <w:t xml:space="preserve">   Grau de parentesco: _________________________________________________</w:t>
      </w:r>
    </w:p>
    <w:p>
      <w:r>
        <w:rPr>
          <w:b w:val="0"/>
          <w:sz w:val="20"/>
        </w:rPr>
        <w:t xml:space="preserve">   Estado civil: ________________________________________________________</w:t>
      </w:r>
    </w:p>
    <w:p>
      <w:r>
        <w:rPr>
          <w:b w:val="0"/>
          <w:sz w:val="20"/>
        </w:rPr>
        <w:t xml:space="preserve">   Profissão: __________________________________________________________</w:t>
      </w:r>
    </w:p>
    <w:p>
      <w:r>
        <w:rPr>
          <w:b w:val="0"/>
          <w:sz w:val="20"/>
        </w:rPr>
        <w:t xml:space="preserve">   Documento de identificação: __________________________________________</w:t>
      </w:r>
    </w:p>
    <w:p>
      <w:r>
        <w:rPr>
          <w:b w:val="0"/>
          <w:sz w:val="20"/>
        </w:rPr>
        <w:t xml:space="preserve">   CPF: ________________________________________________________________</w:t>
      </w:r>
    </w:p>
    <w:p>
      <w:r>
        <w:rPr>
          <w:b w:val="0"/>
          <w:sz w:val="20"/>
        </w:rPr>
        <w:t xml:space="preserve">   Endereço completo: _________________________________________________</w:t>
      </w:r>
    </w:p>
    <w:p/>
    <w:p>
      <w:r>
        <w:rPr>
          <w:b w:val="0"/>
          <w:sz w:val="20"/>
        </w:rPr>
        <w:t>2. Nome: _______________________________________________________________</w:t>
      </w:r>
    </w:p>
    <w:p>
      <w:r>
        <w:rPr>
          <w:b w:val="0"/>
          <w:sz w:val="20"/>
        </w:rPr>
        <w:t xml:space="preserve">   Grau de parentesco: _________________________________________________</w:t>
      </w:r>
    </w:p>
    <w:p>
      <w:r>
        <w:rPr>
          <w:b w:val="0"/>
          <w:sz w:val="20"/>
        </w:rPr>
        <w:t xml:space="preserve">   Estado civil: ________________________________________________________</w:t>
      </w:r>
    </w:p>
    <w:p>
      <w:r>
        <w:rPr>
          <w:b w:val="0"/>
          <w:sz w:val="20"/>
        </w:rPr>
        <w:t xml:space="preserve">   Profissão: __________________________________________________________</w:t>
      </w:r>
    </w:p>
    <w:p>
      <w:r>
        <w:rPr>
          <w:b w:val="0"/>
          <w:sz w:val="20"/>
        </w:rPr>
        <w:t xml:space="preserve">   Documento de identificação: __________________________________________</w:t>
      </w:r>
    </w:p>
    <w:p>
      <w:r>
        <w:rPr>
          <w:b w:val="0"/>
          <w:sz w:val="20"/>
        </w:rPr>
        <w:t xml:space="preserve">   CPF: ________________________________________________________________</w:t>
      </w:r>
    </w:p>
    <w:p>
      <w:r>
        <w:rPr>
          <w:b w:val="0"/>
          <w:sz w:val="20"/>
        </w:rPr>
        <w:t xml:space="preserve">   Endereço completo: _________________________________________________</w:t>
      </w:r>
    </w:p>
    <w:p/>
    <w:p>
      <w:r>
        <w:rPr>
          <w:b w:val="0"/>
          <w:sz w:val="20"/>
        </w:rPr>
        <w:t>(Adicionar quantos forem necessários)</w:t>
      </w:r>
    </w:p>
    <w:p/>
    <w:p>
      <w:r>
        <w:rPr>
          <w:b/>
          <w:sz w:val="22"/>
        </w:rPr>
        <w:t>III – DOS BENS A INVENTARIAR</w:t>
      </w:r>
    </w:p>
    <w:p/>
    <w:p>
      <w:r>
        <w:rPr>
          <w:b/>
          <w:sz w:val="20"/>
        </w:rPr>
        <w:t>1. Bens imóveis:</w:t>
      </w:r>
    </w:p>
    <w:p>
      <w:r>
        <w:rPr>
          <w:b w:val="0"/>
          <w:sz w:val="20"/>
        </w:rPr>
        <w:t xml:space="preserve">   - Descrição: _____________________________________________________________</w:t>
      </w:r>
    </w:p>
    <w:p>
      <w:r>
        <w:rPr>
          <w:b w:val="0"/>
          <w:sz w:val="20"/>
        </w:rPr>
        <w:t xml:space="preserve">   - Matrícula: _____________________________________________________________</w:t>
      </w:r>
    </w:p>
    <w:p>
      <w:r>
        <w:rPr>
          <w:b w:val="0"/>
          <w:sz w:val="20"/>
        </w:rPr>
        <w:t xml:space="preserve">   - Registro: ______________________________________________________________</w:t>
      </w:r>
    </w:p>
    <w:p>
      <w:r>
        <w:rPr>
          <w:b w:val="0"/>
          <w:sz w:val="20"/>
        </w:rPr>
        <w:t xml:space="preserve">   - Valor estimado: R$ ____________________________________________________</w:t>
      </w:r>
    </w:p>
    <w:p/>
    <w:p>
      <w:r>
        <w:rPr>
          <w:b/>
          <w:sz w:val="20"/>
        </w:rPr>
        <w:t>2. Bens móveis:</w:t>
      </w:r>
    </w:p>
    <w:p>
      <w:r>
        <w:rPr>
          <w:b w:val="0"/>
          <w:sz w:val="20"/>
        </w:rPr>
        <w:t xml:space="preserve">   - Descrição: _____________________________________________________________</w:t>
      </w:r>
    </w:p>
    <w:p>
      <w:r>
        <w:rPr>
          <w:b w:val="0"/>
          <w:sz w:val="20"/>
        </w:rPr>
        <w:t xml:space="preserve">   - Valor estimado: R$ ____________________________________________________</w:t>
      </w:r>
    </w:p>
    <w:p/>
    <w:p>
      <w:r>
        <w:rPr>
          <w:b/>
          <w:sz w:val="20"/>
        </w:rPr>
        <w:t>3. Direitos e ações:</w:t>
      </w:r>
    </w:p>
    <w:p>
      <w:r>
        <w:rPr>
          <w:b w:val="0"/>
          <w:sz w:val="20"/>
        </w:rPr>
        <w:t xml:space="preserve">   - Descrição: _____________________________________________________________</w:t>
      </w:r>
    </w:p>
    <w:p>
      <w:r>
        <w:rPr>
          <w:b w:val="0"/>
          <w:sz w:val="20"/>
        </w:rPr>
        <w:t xml:space="preserve">   - Valor estimado: R$ ____________________________________________________</w:t>
      </w:r>
    </w:p>
    <w:p/>
    <w:p>
      <w:r>
        <w:rPr>
          <w:b/>
          <w:sz w:val="20"/>
        </w:rPr>
        <w:t>4. Dívidas e obrigações do espólio:</w:t>
      </w:r>
    </w:p>
    <w:p>
      <w:r>
        <w:rPr>
          <w:b w:val="0"/>
          <w:sz w:val="20"/>
        </w:rPr>
        <w:t xml:space="preserve">   - Descrição: _____________________________________________________________</w:t>
      </w:r>
    </w:p>
    <w:p>
      <w:r>
        <w:rPr>
          <w:b w:val="0"/>
          <w:sz w:val="20"/>
        </w:rPr>
        <w:t xml:space="preserve">   - Valor: R$ _____________________________________________________________</w:t>
      </w:r>
    </w:p>
    <w:p/>
    <w:p>
      <w:r>
        <w:rPr>
          <w:b/>
          <w:sz w:val="22"/>
        </w:rPr>
        <w:t>IV – DOS DOCUMENTOS ANEXADOS</w:t>
      </w:r>
    </w:p>
    <w:p/>
    <w:p>
      <w:r>
        <w:rPr>
          <w:b/>
          <w:sz w:val="20"/>
        </w:rPr>
        <w:t>Juntam-se aos autos os seguintes documentos indispensáveis para a instrução do inventário:</w:t>
      </w:r>
    </w:p>
    <w:p/>
    <w:p>
      <w:r>
        <w:rPr>
          <w:b/>
          <w:sz w:val="20"/>
        </w:rPr>
        <w:t>• Certidão de óbito do(a) falecido(a);</w:t>
      </w:r>
    </w:p>
    <w:p>
      <w:r>
        <w:rPr>
          <w:b/>
          <w:sz w:val="20"/>
        </w:rPr>
        <w:t>• Certidões negativas de débitos municipais, estaduais e federais;</w:t>
      </w:r>
    </w:p>
    <w:p>
      <w:r>
        <w:rPr>
          <w:b/>
          <w:sz w:val="20"/>
        </w:rPr>
        <w:t>• Certidão de casamento e nascimento dos herdeiros;</w:t>
      </w:r>
    </w:p>
    <w:p>
      <w:r>
        <w:rPr>
          <w:b/>
          <w:sz w:val="20"/>
        </w:rPr>
        <w:t>• Documentos pessoais dos herdeiros (RG e CPF);</w:t>
      </w:r>
    </w:p>
    <w:p>
      <w:r>
        <w:rPr>
          <w:b/>
          <w:sz w:val="20"/>
        </w:rPr>
        <w:t>• Escrituras, registros e documentos dos bens a inventariar;</w:t>
      </w:r>
    </w:p>
    <w:p>
      <w:r>
        <w:rPr>
          <w:b/>
          <w:sz w:val="20"/>
        </w:rPr>
        <w:t>• Declaração de inexistência de testamento (se for o caso);</w:t>
      </w:r>
    </w:p>
    <w:p>
      <w:r>
        <w:rPr>
          <w:b w:val="0"/>
          <w:sz w:val="20"/>
        </w:rPr>
        <w:t>• Outros documentos pertinentes: ____________________________________________</w:t>
      </w:r>
    </w:p>
    <w:p/>
    <w:p>
      <w:r>
        <w:rPr>
          <w:b/>
          <w:sz w:val="22"/>
        </w:rPr>
        <w:t>V – DOS PEDIDOS</w:t>
      </w:r>
    </w:p>
    <w:p/>
    <w:p>
      <w:r>
        <w:rPr>
          <w:b/>
          <w:sz w:val="20"/>
        </w:rPr>
        <w:t>Diante do exposto, requer-se:</w:t>
      </w:r>
    </w:p>
    <w:p/>
    <w:p>
      <w:r>
        <w:rPr>
          <w:b/>
          <w:sz w:val="20"/>
        </w:rPr>
        <w:t>1. A abertura do inventário judicial do espólio de ____________________________;</w:t>
      </w:r>
    </w:p>
    <w:p>
      <w:r>
        <w:rPr>
          <w:b/>
          <w:sz w:val="20"/>
        </w:rPr>
        <w:t>2. A nomeação do Requerente como inventariante;</w:t>
      </w:r>
    </w:p>
    <w:p>
      <w:r>
        <w:rPr>
          <w:b/>
          <w:sz w:val="20"/>
        </w:rPr>
        <w:t>3. A citação dos herdeiros e interessados para que, querendo, manifestem-se no prazo legal;</w:t>
      </w:r>
    </w:p>
    <w:p>
      <w:r>
        <w:rPr>
          <w:b/>
          <w:sz w:val="20"/>
        </w:rPr>
        <w:t>4. A avaliação dos bens indicados e a partilha conforme a lei;</w:t>
      </w:r>
    </w:p>
    <w:p>
      <w:r>
        <w:rPr>
          <w:b/>
          <w:sz w:val="20"/>
        </w:rPr>
        <w:t>5. A expedição das certidões necessárias para transferência dos bens;</w:t>
      </w:r>
    </w:p>
    <w:p>
      <w:r>
        <w:rPr>
          <w:b/>
          <w:sz w:val="20"/>
        </w:rPr>
        <w:t>6. A intimação do Ministério Público, se for o caso;</w:t>
      </w:r>
    </w:p>
    <w:p>
      <w:r>
        <w:rPr>
          <w:b/>
          <w:sz w:val="20"/>
        </w:rPr>
        <w:t>7. A condenação do espólio ao pagamento das custas processuais e demais despesas;</w:t>
      </w:r>
    </w:p>
    <w:p/>
    <w:p>
      <w:r>
        <w:rPr>
          <w:b w:val="0"/>
          <w:sz w:val="20"/>
        </w:rPr>
        <w:t>Por fim, protesta provar o alegado por todos os meios de prova em direito admitidos.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___________________________, _____ de ____________________ de _________</w:t>
      </w:r>
    </w:p>
    <w:p>
      <w:r>
        <w:rPr>
          <w:b w:val="0"/>
          <w:sz w:val="20"/>
        </w:rPr>
        <w:t>Local                                      Data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Requerente / Advogado(a)</w:t>
      </w:r>
    </w:p>
    <w:p>
      <w:r>
        <w:rPr>
          <w:b w:val="0"/>
          <w:sz w:val="20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https://modelo-lex.com/inventario-judicial/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lex.com/inventario-judicial/" TargetMode="External"/><Relationship Id="rId10" Type="http://schemas.openxmlformats.org/officeDocument/2006/relationships/hyperlink" Target="https://modelo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