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PEDIDO DE REDESIGNAÇÃO DE AUDIÊNCIA</w:t>
      </w:r>
    </w:p>
    <w:p/>
    <w:p>
      <w:r>
        <w:rPr>
          <w:b w:val="0"/>
          <w:sz w:val="20"/>
        </w:rPr>
        <w:t>EXCELENTÍSSIMO(A) SENHOR(A) DOUTOR(A) JUIZ(A) DE DIREITO DA ___ VARA CÍVEL/CRIMINAL/DO TRABALHO DE ____________________________</w:t>
      </w:r>
    </w:p>
    <w:p/>
    <w:p>
      <w:r>
        <w:rPr>
          <w:b w:val="0"/>
          <w:sz w:val="20"/>
        </w:rPr>
        <w:t>Processo nº: _________________________________________</w:t>
      </w:r>
    </w:p>
    <w:p/>
    <w:p>
      <w:r>
        <w:rPr>
          <w:b w:val="0"/>
          <w:sz w:val="20"/>
        </w:rPr>
        <w:t>REQUERENTE: ____________________________________________</w:t>
      </w:r>
    </w:p>
    <w:p>
      <w:r>
        <w:rPr>
          <w:b w:val="0"/>
          <w:sz w:val="20"/>
        </w:rPr>
        <w:t>REQUERIDO: _____________________________________________</w:t>
      </w:r>
    </w:p>
    <w:p/>
    <w:p>
      <w:r>
        <w:rPr>
          <w:b w:val="0"/>
          <w:sz w:val="20"/>
        </w:rPr>
        <w:t>Assunto: Pedido de Redesignação de Audiência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O(a) Requerente, devidamente qualificado(a) nos autos do processo em epígrafe, vem, respeitosamente, à presença de Vossa Excelência, apresentar o presente PEDIDO DE REDESIGNAÇÃO DE AUDIÊNCIA, pelos motivos que passa a expor:</w:t>
      </w:r>
    </w:p>
    <w:p/>
    <w:p>
      <w:r>
        <w:rPr>
          <w:b w:val="0"/>
          <w:sz w:val="20"/>
        </w:rPr>
        <w:t>Em razão de circunstâncias supervenientes e alheias à vontade do(a) Requerente, torna-se impossível comparecer à audiência designada para a data de __/__/____.</w:t>
      </w:r>
    </w:p>
    <w:p>
      <w:r>
        <w:rPr>
          <w:b w:val="0"/>
          <w:sz w:val="20"/>
        </w:rPr>
        <w:t>Tal impossibilidade decorre de (descrever o motivo, ex.: compromisso profissional inadiável, doença comprovada, viagem urgente, força maior, entre outros).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O Código de Processo Civil, em seu artigo 139, inciso IV, autoriza o Juiz a adotar as medidas necessárias para garantir a efetividade do processo e assegurar o contraditório e ampla defesa, dentre elas a redesignação da audiência, quando comprovada justa causa para tanto.</w:t>
      </w:r>
    </w:p>
    <w:p>
      <w:r>
        <w:rPr>
          <w:b w:val="0"/>
          <w:sz w:val="20"/>
        </w:rPr>
        <w:t>Além disso, o artigo 366 do CPC admite o adiamento da audiência em casos de motivo justo, que deve ser apreciado pelo juízo.</w:t>
      </w:r>
    </w:p>
    <w:p/>
    <w:p>
      <w:r>
        <w:rPr>
          <w:b/>
          <w:sz w:val="22"/>
        </w:rPr>
        <w:t>III – DO PEDIDO</w:t>
      </w:r>
    </w:p>
    <w:p/>
    <w:p>
      <w:r>
        <w:rPr>
          <w:b w:val="0"/>
          <w:sz w:val="20"/>
        </w:rPr>
        <w:t>Ante o exposto, requer-se a Vossa Excelência:</w:t>
      </w:r>
    </w:p>
    <w:p/>
    <w:p>
      <w:r>
        <w:rPr>
          <w:b w:val="0"/>
          <w:sz w:val="20"/>
        </w:rPr>
        <w:t>1. A redesignação da audiência designada nos autos para nova data compatível com a agenda deste Juízo e das partes;</w:t>
      </w:r>
    </w:p>
    <w:p>
      <w:r>
        <w:rPr>
          <w:b w:val="0"/>
          <w:sz w:val="20"/>
        </w:rPr>
        <w:t>2. A intimação das partes e seus patronos acerca da nova data designada;</w:t>
      </w:r>
    </w:p>
    <w:p>
      <w:r>
        <w:rPr>
          <w:b w:val="0"/>
          <w:sz w:val="20"/>
        </w:rPr>
        <w:t>3. A concessão do pedido sem aplicação de penalidades, considerando a boa-fé e a tempestividade do requerimento.</w:t>
      </w:r>
    </w:p>
    <w:p/>
    <w:p>
      <w:r>
        <w:rPr>
          <w:b/>
          <w:sz w:val="22"/>
        </w:rPr>
        <w:t>IV – DAS PROVAS</w:t>
      </w:r>
    </w:p>
    <w:p/>
    <w:p>
      <w:r>
        <w:rPr>
          <w:b w:val="0"/>
          <w:sz w:val="20"/>
        </w:rPr>
        <w:t>Caso necessário, o(a) Requerente se dispõe a comprovar a justificativa ora apresentada mediante apresentação dos documentos pertinentes (ex.: atestado médico, comprovante de viagem, declaração, entre outros).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 de ___________________ de 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</w:t>
      </w:r>
    </w:p>
    <w:p>
      <w:r>
        <w:rPr>
          <w:b w:val="0"/>
          <w:sz w:val="20"/>
        </w:rPr>
        <w:t>Nome do(a) Advogado(a)</w:t>
      </w:r>
    </w:p>
    <w:p>
      <w:r>
        <w:rPr>
          <w:b w:val="0"/>
          <w:sz w:val="20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https://modelo-lex.com/pedido-de-redesignacao-de-audiencia/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pedido-de-redesignacao-de-audiencia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