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0"/>
        </w:rPr>
        <w:t>AÇÃO DE PERMUTA IMOBILIÁRIA</w:t>
      </w:r>
    </w:p>
    <w:p/>
    <w:p>
      <w:r>
        <w:rPr>
          <w:b w:val="0"/>
          <w:i w:val="0"/>
          <w:sz w:val="20"/>
        </w:rPr>
        <w:t>EXCELENTÍSSIMO(A) SENHOR(A) DOUTOR(A) JUIZ(A) DE DIREITO DA ___ VARA CÍVEL DA COMARCA DE ____________________________</w:t>
      </w:r>
    </w:p>
    <w:p/>
    <w:p>
      <w:r>
        <w:rPr>
          <w:b w:val="0"/>
          <w:i w:val="0"/>
          <w:sz w:val="20"/>
        </w:rPr>
        <w:t>NOME DO AUTOR: _________________________________________________________________</w:t>
      </w:r>
    </w:p>
    <w:p>
      <w:r>
        <w:rPr>
          <w:b w:val="0"/>
          <w:i w:val="0"/>
          <w:sz w:val="20"/>
        </w:rPr>
        <w:t>NACIONALIDADE: _________________________________________________________________</w:t>
      </w:r>
    </w:p>
    <w:p>
      <w:r>
        <w:rPr>
          <w:b w:val="0"/>
          <w:i w:val="0"/>
          <w:sz w:val="20"/>
        </w:rPr>
        <w:t>ESTADO CIVIL: __________________________________________________________________</w:t>
      </w:r>
    </w:p>
    <w:p>
      <w:r>
        <w:rPr>
          <w:b w:val="0"/>
          <w:i w:val="0"/>
          <w:sz w:val="20"/>
        </w:rPr>
        <w:t>PROFISSÃO: _____________________________________________________________________</w:t>
      </w:r>
    </w:p>
    <w:p>
      <w:r>
        <w:rPr>
          <w:b w:val="0"/>
          <w:i w:val="0"/>
          <w:sz w:val="20"/>
        </w:rPr>
        <w:t>CPF: __________________________________________________________________________</w:t>
      </w:r>
    </w:p>
    <w:p>
      <w:r>
        <w:rPr>
          <w:b w:val="0"/>
          <w:i w:val="0"/>
          <w:sz w:val="20"/>
        </w:rPr>
        <w:t>RG: ___________________________________________________________________________</w:t>
      </w:r>
    </w:p>
    <w:p>
      <w:r>
        <w:rPr>
          <w:b w:val="0"/>
          <w:i w:val="0"/>
          <w:sz w:val="20"/>
        </w:rPr>
        <w:t>ENDEREÇO RESIDENCIAL: __________________________________________________________</w:t>
      </w:r>
    </w:p>
    <w:p>
      <w:r>
        <w:rPr>
          <w:b w:val="0"/>
          <w:i w:val="0"/>
          <w:sz w:val="20"/>
        </w:rPr>
        <w:t>CEP: _________________________ CIDADE: _____________________ UF: ________________</w:t>
      </w:r>
    </w:p>
    <w:p>
      <w:r>
        <w:rPr>
          <w:b w:val="0"/>
          <w:i w:val="0"/>
          <w:sz w:val="20"/>
        </w:rPr>
        <w:t>E-MAIL: _______________________________________________________________________</w:t>
      </w:r>
    </w:p>
    <w:p>
      <w:r>
        <w:rPr>
          <w:b w:val="0"/>
          <w:i w:val="0"/>
          <w:sz w:val="20"/>
        </w:rPr>
        <w:t>TELEFONE: _____________________________________________________________________</w:t>
      </w:r>
    </w:p>
    <w:p/>
    <w:p>
      <w:r>
        <w:rPr>
          <w:b w:val="0"/>
          <w:i w:val="0"/>
          <w:sz w:val="20"/>
        </w:rPr>
        <w:t>NOME DO RÉU: __________________________________________________________________</w:t>
      </w:r>
    </w:p>
    <w:p>
      <w:r>
        <w:rPr>
          <w:b w:val="0"/>
          <w:i w:val="0"/>
          <w:sz w:val="20"/>
        </w:rPr>
        <w:t>NACIONALIDADE: _________________________________________________________________</w:t>
      </w:r>
    </w:p>
    <w:p>
      <w:r>
        <w:rPr>
          <w:b w:val="0"/>
          <w:i w:val="0"/>
          <w:sz w:val="20"/>
        </w:rPr>
        <w:t>ESTADO CIVIL: __________________________________________________________________</w:t>
      </w:r>
    </w:p>
    <w:p>
      <w:r>
        <w:rPr>
          <w:b w:val="0"/>
          <w:i w:val="0"/>
          <w:sz w:val="20"/>
        </w:rPr>
        <w:t>PROFISSÃO: _____________________________________________________________________</w:t>
      </w:r>
    </w:p>
    <w:p>
      <w:r>
        <w:rPr>
          <w:b w:val="0"/>
          <w:i w:val="0"/>
          <w:sz w:val="20"/>
        </w:rPr>
        <w:t>CPF/CNPJ: _____________________________________________________________________</w:t>
      </w:r>
    </w:p>
    <w:p>
      <w:r>
        <w:rPr>
          <w:b w:val="0"/>
          <w:i w:val="0"/>
          <w:sz w:val="20"/>
        </w:rPr>
        <w:t>RG: ___________________________________________________________________________</w:t>
      </w:r>
    </w:p>
    <w:p>
      <w:r>
        <w:rPr>
          <w:b w:val="0"/>
          <w:i w:val="0"/>
          <w:sz w:val="20"/>
        </w:rPr>
        <w:t>ENDEREÇO RESIDENCIAL/COMERCIAL: _________________________________________________</w:t>
      </w:r>
    </w:p>
    <w:p>
      <w:r>
        <w:rPr>
          <w:b w:val="0"/>
          <w:i w:val="0"/>
          <w:sz w:val="20"/>
        </w:rPr>
        <w:t>CEP: _________________________ CIDADE: _____________________ UF: ________________</w:t>
      </w:r>
    </w:p>
    <w:p>
      <w:r>
        <w:rPr>
          <w:b w:val="0"/>
          <w:i w:val="0"/>
          <w:sz w:val="20"/>
        </w:rPr>
        <w:t>E-MAIL: _______________________________________________________________________</w:t>
      </w:r>
    </w:p>
    <w:p>
      <w:r>
        <w:rPr>
          <w:b w:val="0"/>
          <w:i w:val="0"/>
          <w:sz w:val="20"/>
        </w:rPr>
        <w:t>TELEFONE: _____________________________________________________________________</w:t>
      </w:r>
    </w:p>
    <w:p/>
    <w:p>
      <w:r>
        <w:rPr>
          <w:b/>
          <w:sz w:val="22"/>
        </w:rPr>
        <w:t>I - DOS FATOS</w:t>
      </w:r>
    </w:p>
    <w:p/>
    <w:p>
      <w:r>
        <w:rPr>
          <w:b w:val="0"/>
          <w:i w:val="0"/>
          <w:sz w:val="20"/>
        </w:rPr>
        <w:t>O(A) Autor(a) e o(a) Réu(é) celebraram contrato de permuta imobiliária, cujo objeto são os imóveis abaixo descritos, em plena conformidade com a legislação vigente e com a vontade das partes.</w:t>
      </w:r>
    </w:p>
    <w:p/>
    <w:p>
      <w:r>
        <w:rPr>
          <w:b/>
          <w:sz w:val="22"/>
        </w:rPr>
        <w:t>II - DOS IMÓVEIS OBJETO DA PERMUTA</w:t>
      </w:r>
    </w:p>
    <w:p/>
    <w:p>
      <w:r>
        <w:rPr>
          <w:b/>
          <w:i w:val="0"/>
          <w:sz w:val="20"/>
        </w:rPr>
        <w:t>1. Imóvel do(a) Autor(a):</w:t>
      </w:r>
    </w:p>
    <w:p>
      <w:r>
        <w:rPr>
          <w:b w:val="0"/>
          <w:i w:val="0"/>
          <w:sz w:val="20"/>
        </w:rPr>
        <w:t>Endereço: _____________________________________________________________________</w:t>
      </w:r>
    </w:p>
    <w:p>
      <w:r>
        <w:rPr>
          <w:b w:val="0"/>
          <w:i w:val="0"/>
          <w:sz w:val="20"/>
        </w:rPr>
        <w:t>Matrícula nº: ___________________ Cartório de Registro de Imóveis de _______________</w:t>
      </w:r>
    </w:p>
    <w:p>
      <w:r>
        <w:rPr>
          <w:b w:val="0"/>
          <w:i w:val="0"/>
          <w:sz w:val="20"/>
        </w:rPr>
        <w:t>Descrição detalhada: ____________________________________________________________</w:t>
      </w:r>
    </w:p>
    <w:p/>
    <w:p>
      <w:r>
        <w:rPr>
          <w:b/>
          <w:i w:val="0"/>
          <w:sz w:val="20"/>
        </w:rPr>
        <w:t>2. Imóvel do(a) Réu(é):</w:t>
      </w:r>
    </w:p>
    <w:p>
      <w:r>
        <w:rPr>
          <w:b w:val="0"/>
          <w:i w:val="0"/>
          <w:sz w:val="20"/>
        </w:rPr>
        <w:t>Endereço: _____________________________________________________________________</w:t>
      </w:r>
    </w:p>
    <w:p>
      <w:r>
        <w:rPr>
          <w:b w:val="0"/>
          <w:i w:val="0"/>
          <w:sz w:val="20"/>
        </w:rPr>
        <w:t>Matrícula nº: ___________________ Cartório de Registro de Imóveis de _______________</w:t>
      </w:r>
    </w:p>
    <w:p>
      <w:r>
        <w:rPr>
          <w:b w:val="0"/>
          <w:i w:val="0"/>
          <w:sz w:val="20"/>
        </w:rPr>
        <w:t>Descrição detalhada: ____________________________________________________________</w:t>
      </w:r>
    </w:p>
    <w:p/>
    <w:p>
      <w:r>
        <w:rPr>
          <w:b/>
          <w:sz w:val="22"/>
        </w:rPr>
        <w:t>III - DO CONTRATO DE PERMUTA</w:t>
      </w:r>
    </w:p>
    <w:p/>
    <w:p>
      <w:r>
        <w:rPr>
          <w:b/>
          <w:i w:val="0"/>
          <w:sz w:val="20"/>
        </w:rPr>
        <w:t>As partes firmaram contrato de permuta, pelo qual cada uma se obriga a transferir a propriedade do seu respectivo imóvel à outra, mediante as condições ajustadas, que seguem abaixo:</w:t>
      </w:r>
    </w:p>
    <w:p/>
    <w:p>
      <w:r>
        <w:rPr>
          <w:b w:val="0"/>
          <w:i w:val="0"/>
          <w:sz w:val="20"/>
        </w:rPr>
        <w:t>- Valor atribuído ao imóvel do(a) Autor(a): R$ ____________________________________</w:t>
      </w:r>
    </w:p>
    <w:p>
      <w:r>
        <w:rPr>
          <w:b w:val="0"/>
          <w:i w:val="0"/>
          <w:sz w:val="20"/>
        </w:rPr>
        <w:t>- Valor atribuído ao imóvel do(a) Réu(é): R$ _____________________________________</w:t>
      </w:r>
    </w:p>
    <w:p>
      <w:r>
        <w:rPr>
          <w:b w:val="0"/>
          <w:i w:val="0"/>
          <w:sz w:val="20"/>
        </w:rPr>
        <w:t>- Eventual diferença a ser paga por uma das partes: R$ ____________________________</w:t>
      </w:r>
    </w:p>
    <w:p>
      <w:r>
        <w:rPr>
          <w:b w:val="0"/>
          <w:i w:val="0"/>
          <w:sz w:val="20"/>
        </w:rPr>
        <w:t>- Prazo para entrega dos imóveis e transmissão da posse: __________________________</w:t>
      </w:r>
    </w:p>
    <w:p>
      <w:r>
        <w:rPr>
          <w:b/>
          <w:i w:val="0"/>
          <w:sz w:val="20"/>
        </w:rPr>
        <w:t>- Obrigações acessórias assumidas por cada parte (ex: pagamento de tributos, taxas, responsabilidades):</w:t>
      </w:r>
    </w:p>
    <w:p>
      <w:r>
        <w:rPr>
          <w:b w:val="0"/>
          <w:i w:val="0"/>
          <w:sz w:val="20"/>
        </w:rPr>
        <w:t xml:space="preserve">  _____________________________________________________________________________</w:t>
      </w:r>
    </w:p>
    <w:p>
      <w:r>
        <w:rPr>
          <w:b w:val="0"/>
          <w:i w:val="0"/>
          <w:sz w:val="20"/>
        </w:rPr>
        <w:t xml:space="preserve">  _____________________________________________________________________________</w:t>
      </w:r>
    </w:p>
    <w:p/>
    <w:p>
      <w:r>
        <w:rPr>
          <w:b/>
          <w:sz w:val="22"/>
        </w:rPr>
        <w:t>IV - DOS FUNDAMENTOS JURÍDICOS</w:t>
      </w:r>
    </w:p>
    <w:p/>
    <w:p>
      <w:r>
        <w:rPr>
          <w:b w:val="0"/>
          <w:i w:val="0"/>
          <w:sz w:val="20"/>
        </w:rPr>
        <w:t>A presente ação está amparada nos artigos 533 e seguintes do Código Civil Brasileiro, que dispõem sobre a permuta, configurando-se negócio jurídico bilateral e oneroso, com transferência recíproca de propriedade.</w:t>
      </w:r>
    </w:p>
    <w:p/>
    <w:p>
      <w:r>
        <w:rPr>
          <w:b w:val="0"/>
          <w:i w:val="0"/>
          <w:sz w:val="20"/>
        </w:rPr>
        <w:t>Além disso, as partes cumprem todas as exigências legais para a validade do contrato, não havendo vícios ou nulidades que possam afetar o negócio.</w:t>
      </w:r>
    </w:p>
    <w:p/>
    <w:p>
      <w:r>
        <w:rPr>
          <w:b/>
          <w:sz w:val="22"/>
        </w:rPr>
        <w:t>V - DOS PEDIDOS</w:t>
      </w:r>
    </w:p>
    <w:p/>
    <w:p>
      <w:r>
        <w:rPr>
          <w:b/>
          <w:i w:val="0"/>
          <w:sz w:val="20"/>
        </w:rPr>
        <w:t>Diante do exposto, requer a Vossa Excelência:</w:t>
      </w:r>
    </w:p>
    <w:p/>
    <w:p>
      <w:r>
        <w:rPr>
          <w:b/>
          <w:i w:val="0"/>
          <w:sz w:val="20"/>
        </w:rPr>
        <w:t>1. A citação do(a) Réu(é) para que, querendo, apresente contestação no prazo legal;</w:t>
      </w:r>
    </w:p>
    <w:p>
      <w:r>
        <w:rPr>
          <w:b/>
          <w:i w:val="0"/>
          <w:sz w:val="20"/>
        </w:rPr>
        <w:t>2. A homologação do contrato de permuta entre as partes, com determinação para registro junto ao Cartório de Registro de Imóveis competente;</w:t>
      </w:r>
    </w:p>
    <w:p>
      <w:r>
        <w:rPr>
          <w:b/>
          <w:i w:val="0"/>
          <w:sz w:val="20"/>
        </w:rPr>
        <w:t>3. A condenação das partes à formalização da escritura pública de permuta e respectivo registro, conforme legislação vigente;</w:t>
      </w:r>
    </w:p>
    <w:p>
      <w:r>
        <w:rPr>
          <w:b/>
          <w:i w:val="0"/>
          <w:sz w:val="20"/>
        </w:rPr>
        <w:t>4. A condenação do(a) Réu(é) ao pagamento das custas e honorários advocatícios;</w:t>
      </w:r>
    </w:p>
    <w:p>
      <w:r>
        <w:rPr>
          <w:b/>
          <w:i w:val="0"/>
          <w:sz w:val="20"/>
        </w:rPr>
        <w:t>5. A produção de todas as provas admitidas em direito, especialmente documental, pericial e testemunhal;</w:t>
      </w:r>
    </w:p>
    <w:p/>
    <w:p>
      <w:r>
        <w:rPr>
          <w:b/>
          <w:sz w:val="22"/>
        </w:rPr>
        <w:t>VI - DO VALOR DA CAUSA</w:t>
      </w:r>
    </w:p>
    <w:p/>
    <w:p>
      <w:r>
        <w:rPr>
          <w:b w:val="0"/>
          <w:i w:val="0"/>
          <w:sz w:val="20"/>
        </w:rPr>
        <w:t>Dá-se à presente causa o valor de R$ _________________________ (valor total atribuído aos imóveis ou conforme o contrato).</w:t>
      </w:r>
    </w:p>
    <w:p/>
    <w:p>
      <w:r>
        <w:rPr>
          <w:b/>
          <w:i w:val="0"/>
          <w:sz w:val="20"/>
        </w:rPr>
        <w:t>Nestes termos,</w:t>
      </w:r>
    </w:p>
    <w:p>
      <w:r>
        <w:rPr>
          <w:b w:val="0"/>
          <w:i w:val="0"/>
          <w:sz w:val="20"/>
        </w:rPr>
        <w:t>Pede deferimento.</w:t>
      </w:r>
    </w:p>
    <w:p/>
    <w:p>
      <w:r>
        <w:rPr>
          <w:b w:val="0"/>
          <w:i w:val="0"/>
          <w:sz w:val="20"/>
        </w:rPr>
        <w:t>______________________________, ____________________________</w:t>
      </w:r>
    </w:p>
    <w:p>
      <w:r>
        <w:rPr>
          <w:b w:val="0"/>
          <w:i w:val="0"/>
          <w:sz w:val="20"/>
        </w:rPr>
        <w:t>Local                                                    Data</w:t>
      </w:r>
    </w:p>
    <w:p/>
    <w:p>
      <w:r>
        <w:rPr>
          <w:b w:val="0"/>
          <w:i w:val="0"/>
          <w:sz w:val="20"/>
        </w:rPr>
        <w:t>____________________________________________</w:t>
      </w:r>
    </w:p>
    <w:p>
      <w:r>
        <w:rPr>
          <w:b/>
          <w:i w:val="0"/>
          <w:sz w:val="20"/>
        </w:rPr>
        <w:t>Nome do Advogado(a)</w:t>
      </w:r>
    </w:p>
    <w:p>
      <w:r>
        <w:rPr>
          <w:b w:val="0"/>
          <w:i w:val="0"/>
          <w:sz w:val="20"/>
        </w:rPr>
        <w:t>OAB/UF nº 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https://modelo-lex.com/permuta/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permuta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