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QUEIXA-CRIME DE INJÚRIA E DIFAMAÇÃO</w:t>
      </w:r>
    </w:p>
    <w:p/>
    <w:p>
      <w:r>
        <w:rPr>
          <w:b w:val="0"/>
          <w:sz w:val="20"/>
        </w:rPr>
        <w:t>EXCELENTÍSSIMO SENHOR DOUTOR JUIZ DE DIREITO DA ___ VARA CRIMINAL DA COMARCA DE ____________________</w:t>
      </w:r>
    </w:p>
    <w:p/>
    <w:p>
      <w:r>
        <w:rPr>
          <w:b w:val="0"/>
          <w:sz w:val="20"/>
        </w:rPr>
        <w:t>QUEIXOSA: 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 w:val="0"/>
          <w:sz w:val="20"/>
        </w:rPr>
        <w:t>QUEIXADO: 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/>
          <w:sz w:val="20"/>
        </w:rPr>
        <w:t>O(A) queixoso(a) vem perante este Juízo oferecer a presente QUEIXA-CRIME contra o(a) queixado(a), pelos fatos a seguir expostos:</w:t>
      </w:r>
    </w:p>
    <w:p/>
    <w:p>
      <w:r>
        <w:rPr>
          <w:b/>
          <w:sz w:val="20"/>
        </w:rPr>
        <w:t>O(A) queixado(a), no dia ____/____/____, no local ________________________________, proferiu contra o(a) queixoso(a) palavras ofensivas à sua honra, configurando os crimes de injúria e difamação, conforme a seguir detalhado:</w:t>
      </w:r>
    </w:p>
    <w:p/>
    <w:p>
      <w:r>
        <w:rPr>
          <w:b/>
          <w:sz w:val="20"/>
        </w:rPr>
        <w:t>INJÚRIA: foram proferidas expressões ofensivas que atingem a dignidade e o decoro do(a) queixoso(a), tais como: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DIFAMAÇÃO: o(a) queixado(a) imputou fatos ofensivos à reputação do(a) queixoso(a) perante terceiros, nos seguintes termos: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Tais condutas causaram profundo abalo moral ao(à) queixoso(a), que teve sua imagem e honra afetadas perante familiares, amigos e sociedade.</w:t>
      </w:r>
    </w:p>
    <w:p/>
    <w:p>
      <w:r>
        <w:rPr>
          <w:b/>
          <w:sz w:val="22"/>
        </w:rPr>
        <w:t>II – DO DIREITO</w:t>
      </w:r>
    </w:p>
    <w:p/>
    <w:p>
      <w:r>
        <w:rPr>
          <w:b/>
          <w:sz w:val="20"/>
        </w:rPr>
        <w:t>As condutas descritas configuram, nos termos dos artigos 139 e 140 do Código Penal Brasileiro, os crimes de injúria e difamação, respectivamente:</w:t>
      </w:r>
    </w:p>
    <w:p/>
    <w:p>
      <w:r>
        <w:rPr>
          <w:b/>
          <w:sz w:val="20"/>
        </w:rPr>
        <w:t>Art. 139 - Injuriar alguém, ofendendo-lhe a dignidade ou o decoro:</w:t>
      </w:r>
    </w:p>
    <w:p>
      <w:r>
        <w:rPr>
          <w:b w:val="0"/>
          <w:sz w:val="20"/>
        </w:rPr>
        <w:t>Pena - detenção de 1 (um) a 6 (seis) meses, ou multa.</w:t>
      </w:r>
    </w:p>
    <w:p/>
    <w:p>
      <w:r>
        <w:rPr>
          <w:b/>
          <w:sz w:val="20"/>
        </w:rPr>
        <w:t>Art. 140 - Difamar alguém, imputando-lhe fato ofensivo à sua reputação:</w:t>
      </w:r>
    </w:p>
    <w:p>
      <w:r>
        <w:rPr>
          <w:b w:val="0"/>
          <w:sz w:val="20"/>
        </w:rPr>
        <w:t>Pena - detenção de 3 (três) meses a 1 (um) ano, e multa.</w:t>
      </w:r>
    </w:p>
    <w:p/>
    <w:p>
      <w:r>
        <w:rPr>
          <w:b w:val="0"/>
          <w:sz w:val="20"/>
        </w:rPr>
        <w:t>Outrossim, tais delitos afrontam os direitos fundamentais à honra e à imagem, protegidos pela Constituição Federal em seu artigo 5º, incisos V e X.</w:t>
      </w:r>
    </w:p>
    <w:p/>
    <w:p>
      <w:r>
        <w:rPr>
          <w:b/>
          <w:sz w:val="22"/>
        </w:rPr>
        <w:t>III – DAS PROVAS</w:t>
      </w:r>
    </w:p>
    <w:p/>
    <w:p>
      <w:r>
        <w:rPr>
          <w:b/>
          <w:sz w:val="20"/>
        </w:rPr>
        <w:t>O(A) queixoso(a) requer a produção de todas as provas em direito admitidas, especialmente:</w:t>
      </w:r>
    </w:p>
    <w:p/>
    <w:p>
      <w:r>
        <w:rPr>
          <w:b w:val="0"/>
          <w:sz w:val="20"/>
        </w:rPr>
        <w:t>• Oitiva de testemunhas;</w:t>
      </w:r>
    </w:p>
    <w:p>
      <w:r>
        <w:rPr>
          <w:b w:val="0"/>
          <w:sz w:val="20"/>
        </w:rPr>
        <w:t>• Documentos comprobatórios;</w:t>
      </w:r>
    </w:p>
    <w:p>
      <w:r>
        <w:rPr>
          <w:b w:val="0"/>
          <w:sz w:val="20"/>
        </w:rPr>
        <w:t>• Gravações, mensagens ou outras mídias que evidenciem as ofensas;</w:t>
      </w:r>
    </w:p>
    <w:p>
      <w:r>
        <w:rPr>
          <w:b w:val="0"/>
          <w:sz w:val="20"/>
        </w:rPr>
        <w:t>• Perícia técnica, caso necessária;</w:t>
      </w:r>
    </w:p>
    <w:p>
      <w:r>
        <w:rPr>
          <w:b w:val="0"/>
          <w:sz w:val="20"/>
        </w:rPr>
        <w:t>• Demais provas que se fizerem necessárias para a comprovação dos fatos.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 w:val="0"/>
          <w:sz w:val="20"/>
        </w:rPr>
        <w:t>1. O recebimento da presente queixa-crime;</w:t>
      </w:r>
    </w:p>
    <w:p>
      <w:r>
        <w:rPr>
          <w:b w:val="0"/>
          <w:sz w:val="20"/>
        </w:rPr>
        <w:t>2. A citação do(a) queixado(a) para responder aos termos da presente ação;</w:t>
      </w:r>
    </w:p>
    <w:p>
      <w:r>
        <w:rPr>
          <w:b w:val="0"/>
          <w:sz w:val="20"/>
        </w:rPr>
        <w:t>3. A condenação do(a) queixado(a) pelos crimes de injúria e difamação, com a aplicação das penas previstas no Código Penal;</w:t>
      </w:r>
    </w:p>
    <w:p>
      <w:r>
        <w:rPr>
          <w:b w:val="0"/>
          <w:sz w:val="20"/>
        </w:rPr>
        <w:t>4. A condenação do(a) queixado(a) ao pagamento das custas processuais e honorários advocatícios;</w:t>
      </w:r>
    </w:p>
    <w:p>
      <w:r>
        <w:rPr>
          <w:b w:val="0"/>
          <w:sz w:val="20"/>
        </w:rPr>
        <w:t>5. A produção de todas as provas em direito admitidas;</w:t>
      </w:r>
    </w:p>
    <w:p>
      <w:r>
        <w:rPr>
          <w:b w:val="0"/>
          <w:sz w:val="20"/>
        </w:rPr>
        <w:t>6. A concessão dos benefícios da justiça gratuita, caso o(a) queixoso(a) não possua condições de arcar com as despesas processuais.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 de ________________________________ de 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Queixoso(a) / 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https://modelo-lex.com/queixa-crime-injuria-e-difamacao/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queixa-crime-injuria-e-difamacao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