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REQUERIMENTO À RECEITA FEDERAL DO BRASIL</w:t>
      </w:r>
    </w:p>
    <w:p/>
    <w:p/>
    <w:p>
      <w:r>
        <w:rPr>
          <w:b w:val="0"/>
          <w:sz w:val="22"/>
        </w:rPr>
        <w:t>À</w:t>
      </w:r>
    </w:p>
    <w:p>
      <w:r>
        <w:rPr>
          <w:b/>
          <w:sz w:val="22"/>
        </w:rPr>
        <w:t>RECEITA FEDERAL DO BRASIL</w:t>
      </w:r>
    </w:p>
    <w:p>
      <w:r>
        <w:rPr>
          <w:b w:val="0"/>
          <w:sz w:val="22"/>
        </w:rPr>
        <w:t>Delegacia da Receita Federal do Brasil de _________________________</w:t>
      </w:r>
    </w:p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 completo: ________________________________________________________________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_____________________________________________________________</w:t>
      </w:r>
    </w:p>
    <w:p>
      <w:r>
        <w:rPr>
          <w:b w:val="0"/>
          <w:sz w:val="22"/>
        </w:rPr>
        <w:t>Bairro: ___________________________ Cidade: __________________ Estado: _________</w:t>
      </w:r>
    </w:p>
    <w:p>
      <w:r>
        <w:rPr>
          <w:b w:val="0"/>
          <w:sz w:val="22"/>
        </w:rPr>
        <w:t>CEP: ___________________________ Telefone: ___________________ E-mail: __________</w:t>
      </w:r>
    </w:p>
    <w:p/>
    <w:p>
      <w:r>
        <w:rPr>
          <w:b/>
          <w:sz w:val="22"/>
        </w:rPr>
        <w:t>ASSUNTO:</w:t>
      </w:r>
    </w:p>
    <w:p>
      <w:r>
        <w:rPr>
          <w:b/>
          <w:sz w:val="22"/>
        </w:rPr>
        <w:t>Requerimento para 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FUNDAMENTAÇÃO LEGAL:</w:t>
      </w:r>
    </w:p>
    <w:p>
      <w:r>
        <w:rPr>
          <w:b w:val="0"/>
          <w:sz w:val="22"/>
        </w:rPr>
        <w:t>Este requerimento é formalizado com base nas disposições previstas na legislação tributária vigente, em especial:</w:t>
      </w:r>
    </w:p>
    <w:p>
      <w:r>
        <w:rPr>
          <w:b w:val="0"/>
          <w:sz w:val="22"/>
        </w:rPr>
        <w:t>• Código Tributário Nacional – Lei nº 5.172/1966;</w:t>
      </w:r>
    </w:p>
    <w:p>
      <w:r>
        <w:rPr>
          <w:b w:val="0"/>
          <w:sz w:val="22"/>
        </w:rPr>
        <w:t>• Instruções Normativas da Receita Federal do Brasil aplicáveis ao tema;</w:t>
      </w:r>
    </w:p>
    <w:p>
      <w:r>
        <w:rPr>
          <w:b w:val="0"/>
          <w:sz w:val="22"/>
        </w:rPr>
        <w:t>• Demais normas legais pertinentes ao objeto do presente requerimento.</w:t>
      </w:r>
    </w:p>
    <w:p/>
    <w:p>
      <w:r>
        <w:rPr>
          <w:b/>
          <w:sz w:val="22"/>
        </w:rPr>
        <w:t>DOS FATOS E MOTIVOS:</w:t>
      </w:r>
    </w:p>
    <w:p>
      <w:r>
        <w:rPr>
          <w:b w:val="0"/>
          <w:sz w:val="22"/>
        </w:rPr>
        <w:t>O requerente vem respeitosamente expor e requerer o que segue: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DO PEDIDO:</w:t>
      </w:r>
    </w:p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1. O recebimento e processamento do presente requerimento;</w:t>
      </w:r>
    </w:p>
    <w:p>
      <w:r>
        <w:rPr>
          <w:b w:val="0"/>
          <w:sz w:val="22"/>
        </w:rPr>
        <w:t>2. A análise e deferimento do pedido conforme fundamentação legal apresentada;</w:t>
      </w:r>
    </w:p>
    <w:p>
      <w:r>
        <w:rPr>
          <w:b w:val="0"/>
          <w:sz w:val="22"/>
        </w:rPr>
        <w:t>3. A expedição dos documentos, certidões, ou procedimentos necessários para a plena satisfação do objeto deste requerimento;</w:t>
      </w:r>
    </w:p>
    <w:p>
      <w:r>
        <w:rPr>
          <w:b w:val="0"/>
          <w:sz w:val="22"/>
        </w:rPr>
        <w:t>4. Que todas as comunicações futuras sejam encaminhadas para o endereço e e-mail informados acima.</w:t>
      </w:r>
    </w:p>
    <w:p/>
    <w:p>
      <w:r>
        <w:rPr>
          <w:b/>
          <w:sz w:val="22"/>
        </w:rPr>
        <w:t>DECLARAÇÃO:</w:t>
      </w:r>
    </w:p>
    <w:p>
      <w:r>
        <w:rPr>
          <w:b w:val="0"/>
          <w:sz w:val="22"/>
        </w:rPr>
        <w:t>Declaro, sob as penas da lei, que as informações prestadas neste requerimento são verdadeiras e que estou ciente das responsabilidades legais em caso de falsidade.</w:t>
      </w:r>
    </w:p>
    <w:p/>
    <w:p/>
    <w:p>
      <w:r>
        <w:rPr>
          <w:b w:val="0"/>
          <w:sz w:val="22"/>
        </w:rPr>
        <w:t>______________________________, ________________________________</w:t>
      </w:r>
    </w:p>
    <w:p>
      <w:r>
        <w:rPr>
          <w:b w:val="0"/>
          <w:sz w:val="22"/>
        </w:rPr>
        <w:t>Local                                                                 Data</w:t>
      </w:r>
    </w:p>
    <w:p/>
    <w:p/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Assinatura do Requerente</w:t>
      </w:r>
    </w:p>
    <w:p/>
    <w:p>
      <w:r>
        <w:rPr>
          <w:b/>
          <w:sz w:val="22"/>
        </w:rPr>
        <w:t>DOCUMENTOS ANEXOS:</w:t>
      </w:r>
    </w:p>
    <w:p>
      <w:r>
        <w:rPr>
          <w:b w:val="0"/>
          <w:sz w:val="22"/>
        </w:rPr>
        <w:t>1. Cópia do documento de identidade;</w:t>
      </w:r>
    </w:p>
    <w:p>
      <w:r>
        <w:rPr>
          <w:b w:val="0"/>
          <w:sz w:val="22"/>
        </w:rPr>
        <w:t>2. CPF ou CNPJ do requerente;</w:t>
      </w:r>
    </w:p>
    <w:p>
      <w:r>
        <w:rPr>
          <w:b w:val="0"/>
          <w:sz w:val="22"/>
        </w:rPr>
        <w:t>3. Comprovante de endereço atualizado;</w:t>
      </w:r>
    </w:p>
    <w:p>
      <w:r>
        <w:rPr>
          <w:b w:val="0"/>
          <w:sz w:val="22"/>
        </w:rPr>
        <w:t>4. Procuração (se aplicável);</w:t>
      </w:r>
    </w:p>
    <w:p>
      <w:r>
        <w:rPr>
          <w:b w:val="0"/>
          <w:sz w:val="22"/>
        </w:rPr>
        <w:t>5. Outros documentos pertinentes ao requerimento: ____________________________</w:t>
      </w:r>
    </w:p>
    <w:p/>
    <w:p>
      <w:r>
        <w:rPr>
          <w:b w:val="0"/>
          <w:sz w:val="22"/>
        </w:rPr>
        <w:t>Obs.: Este requerimento deve ser protocolado na unidade da Receita Federal competente, acompanhado dos documentos acima relacionados.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https://modelo-lex.com/requerimento-receita-federal/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requerimento-receita-federal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