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LAUDO DE VISTORIA DE IMÓVEL</w:t>
      </w:r>
    </w:p>
    <w:p/>
    <w:p/>
    <w:p>
      <w:r>
        <w:rPr>
          <w:b/>
          <w:sz w:val="22"/>
        </w:rPr>
        <w:t>IDENTIFICAÇÃO DAS PARTES</w:t>
      </w:r>
    </w:p>
    <w:p>
      <w:r>
        <w:rPr>
          <w:b w:val="0"/>
          <w:i w:val="0"/>
          <w:sz w:val="20"/>
        </w:rPr>
        <w:t>VISTORIADOR: ________________________________________________________________</w:t>
      </w:r>
    </w:p>
    <w:p>
      <w:r>
        <w:rPr>
          <w:b w:val="0"/>
          <w:i w:val="0"/>
          <w:sz w:val="20"/>
        </w:rPr>
        <w:t>CPF/CNPJ: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___________________________________________________________________</w:t>
      </w:r>
    </w:p>
    <w:p/>
    <w:p>
      <w:r>
        <w:rPr>
          <w:b w:val="0"/>
          <w:i w:val="0"/>
          <w:sz w:val="20"/>
        </w:rPr>
        <w:t>REQUERENTE: ________________________________________________________________</w:t>
      </w:r>
    </w:p>
    <w:p>
      <w:r>
        <w:rPr>
          <w:b w:val="0"/>
          <w:i w:val="0"/>
          <w:sz w:val="20"/>
        </w:rPr>
        <w:t>CPF/CNPJ: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___________________________________________________________________</w:t>
      </w:r>
    </w:p>
    <w:p/>
    <w:p/>
    <w:p>
      <w:r>
        <w:rPr>
          <w:b/>
          <w:sz w:val="22"/>
        </w:rPr>
        <w:t>IDENTIFICAÇÃO DO IMÓVEL</w:t>
      </w:r>
    </w:p>
    <w:p>
      <w:r>
        <w:rPr>
          <w:b w:val="0"/>
          <w:i w:val="0"/>
          <w:sz w:val="20"/>
        </w:rPr>
        <w:t>ENDEREÇO COMPLETO: __________________________________________________________</w:t>
      </w:r>
    </w:p>
    <w:p>
      <w:r>
        <w:rPr>
          <w:b w:val="0"/>
          <w:i w:val="0"/>
          <w:sz w:val="20"/>
        </w:rPr>
        <w:t>TIPO DE IMÓVEL: ( ) Residencial ( ) Comercial ( ) Industrial ( ) Terreno ( ) Outro: ________________</w:t>
      </w:r>
    </w:p>
    <w:p>
      <w:r>
        <w:rPr>
          <w:b w:val="0"/>
          <w:i w:val="0"/>
          <w:sz w:val="20"/>
        </w:rPr>
        <w:t>ÁREA CONSTRUÍDA: __________________ m²</w:t>
      </w:r>
    </w:p>
    <w:p>
      <w:r>
        <w:rPr>
          <w:b w:val="0"/>
          <w:i w:val="0"/>
          <w:sz w:val="20"/>
        </w:rPr>
        <w:t>ÁREA DO TERRENO: __________________ m²</w:t>
      </w:r>
    </w:p>
    <w:p>
      <w:r>
        <w:rPr>
          <w:b w:val="0"/>
          <w:i w:val="0"/>
          <w:sz w:val="20"/>
        </w:rPr>
        <w:t>ANO DE CONSTRUÇÃO: __________________</w:t>
      </w:r>
    </w:p>
    <w:p>
      <w:r>
        <w:rPr>
          <w:b w:val="0"/>
          <w:i w:val="0"/>
          <w:sz w:val="20"/>
        </w:rPr>
        <w:t>NÚMERO DE PAVIMENTOS: _______________</w:t>
      </w:r>
    </w:p>
    <w:p>
      <w:r>
        <w:rPr>
          <w:b w:val="0"/>
          <w:i w:val="0"/>
          <w:sz w:val="20"/>
        </w:rPr>
        <w:t>INSCRIÇÃO IMOBILIÁRIA/MATRÍCULA: __________________________________________</w:t>
      </w:r>
    </w:p>
    <w:p/>
    <w:p/>
    <w:p>
      <w:r>
        <w:rPr>
          <w:b/>
          <w:sz w:val="22"/>
        </w:rPr>
        <w:t>OBJETIVO DA VISTORIA</w:t>
      </w:r>
    </w:p>
    <w:p>
      <w:r>
        <w:rPr>
          <w:b w:val="0"/>
          <w:i w:val="0"/>
          <w:sz w:val="20"/>
        </w:rPr>
        <w:t>A presente vistoria tem por finalidade descrever as condições físicas, estruturais e funcionais do imóvel supracitado,</w:t>
      </w:r>
    </w:p>
    <w:p>
      <w:r>
        <w:rPr>
          <w:b w:val="0"/>
          <w:i/>
          <w:sz w:val="20"/>
        </w:rPr>
        <w:t>avaliando seu estado de conservação, existência de danos, e demais aspectos relevantes para fins de _________________.</w:t>
      </w:r>
    </w:p>
    <w:p/>
    <w:p/>
    <w:p>
      <w:r>
        <w:rPr>
          <w:b/>
          <w:sz w:val="22"/>
        </w:rPr>
        <w:t>DATA E HORÁRIO DA VISTORIA</w:t>
      </w:r>
    </w:p>
    <w:p>
      <w:r>
        <w:rPr>
          <w:b w:val="0"/>
          <w:i w:val="0"/>
          <w:sz w:val="20"/>
        </w:rPr>
        <w:t>Data: ________________</w:t>
      </w:r>
    </w:p>
    <w:p>
      <w:r>
        <w:rPr>
          <w:b w:val="0"/>
          <w:i w:val="0"/>
          <w:sz w:val="20"/>
        </w:rPr>
        <w:t>Horário de início: ________________</w:t>
      </w:r>
    </w:p>
    <w:p>
      <w:r>
        <w:rPr>
          <w:b w:val="0"/>
          <w:i w:val="0"/>
          <w:sz w:val="20"/>
        </w:rPr>
        <w:t>Horário de término: ________________</w:t>
      </w:r>
    </w:p>
    <w:p/>
    <w:p/>
    <w:p>
      <w:r>
        <w:rPr>
          <w:b/>
          <w:sz w:val="22"/>
        </w:rPr>
        <w:t>CONDIÇÕES GERAIS EXTERNAS DO IMÓVEL</w:t>
      </w:r>
    </w:p>
    <w:p>
      <w:r>
        <w:rPr>
          <w:b w:val="0"/>
          <w:i w:val="0"/>
          <w:sz w:val="20"/>
        </w:rPr>
        <w:t>1. Fachada: _________________________________________________________________</w:t>
      </w:r>
    </w:p>
    <w:p>
      <w:r>
        <w:rPr>
          <w:b w:val="0"/>
          <w:i w:val="0"/>
          <w:sz w:val="20"/>
        </w:rPr>
        <w:t>2. Portões e muros: _________________________________________________________</w:t>
      </w:r>
    </w:p>
    <w:p>
      <w:r>
        <w:rPr>
          <w:b w:val="0"/>
          <w:i w:val="0"/>
          <w:sz w:val="20"/>
        </w:rPr>
        <w:t>3. Calçadas e acessos: ______________________________________________________</w:t>
      </w:r>
    </w:p>
    <w:p>
      <w:r>
        <w:rPr>
          <w:b w:val="0"/>
          <w:i w:val="0"/>
          <w:sz w:val="20"/>
        </w:rPr>
        <w:t>4. Estacionamento: __________________________________________________________</w:t>
      </w:r>
    </w:p>
    <w:p>
      <w:r>
        <w:rPr>
          <w:b w:val="0"/>
          <w:i w:val="0"/>
          <w:sz w:val="20"/>
        </w:rPr>
        <w:t>5. Iluminação externa: ______________________________________________________</w:t>
      </w:r>
    </w:p>
    <w:p>
      <w:r>
        <w:rPr>
          <w:b w:val="0"/>
          <w:i w:val="0"/>
          <w:sz w:val="20"/>
        </w:rPr>
        <w:t>6. Sinalização e identificação: ______________________________________________</w:t>
      </w:r>
    </w:p>
    <w:p/>
    <w:p/>
    <w:p>
      <w:r>
        <w:rPr>
          <w:b/>
          <w:sz w:val="22"/>
        </w:rPr>
        <w:t>CONDIÇÕES INTERNAS DO IMÓVEL</w:t>
      </w:r>
    </w:p>
    <w:p>
      <w:r>
        <w:rPr>
          <w:b w:val="0"/>
          <w:i w:val="0"/>
          <w:sz w:val="20"/>
        </w:rPr>
        <w:t>A vistoria foi realizada em todos os ambientes do imóvel, conforme relação abaixo:</w:t>
      </w:r>
    </w:p>
    <w:p>
      <w:r>
        <w:rPr>
          <w:b w:val="0"/>
          <w:i w:val="0"/>
          <w:sz w:val="20"/>
        </w:rPr>
        <w:t>Sala(s): _________________________________________________________________</w:t>
      </w:r>
    </w:p>
    <w:p>
      <w:r>
        <w:rPr>
          <w:b w:val="0"/>
          <w:i w:val="0"/>
          <w:sz w:val="20"/>
        </w:rPr>
        <w:t>Quarto(s): _______________________________________________________________</w:t>
      </w:r>
    </w:p>
    <w:p>
      <w:r>
        <w:rPr>
          <w:b w:val="0"/>
          <w:i w:val="0"/>
          <w:sz w:val="20"/>
        </w:rPr>
        <w:t>Banheiro(s): _____________________________________________________________</w:t>
      </w:r>
    </w:p>
    <w:p>
      <w:r>
        <w:rPr>
          <w:b w:val="0"/>
          <w:i w:val="0"/>
          <w:sz w:val="20"/>
        </w:rPr>
        <w:t>Cozinha: _________________________________________________________________</w:t>
      </w:r>
    </w:p>
    <w:p>
      <w:r>
        <w:rPr>
          <w:b w:val="0"/>
          <w:i w:val="0"/>
          <w:sz w:val="20"/>
        </w:rPr>
        <w:t>Área de serviço: __________________________________________________________</w:t>
      </w:r>
    </w:p>
    <w:p>
      <w:r>
        <w:rPr>
          <w:b w:val="0"/>
          <w:i w:val="0"/>
          <w:sz w:val="20"/>
        </w:rPr>
        <w:t>Garagem: _________________________________________________________________</w:t>
      </w:r>
    </w:p>
    <w:p>
      <w:r>
        <w:rPr>
          <w:b w:val="0"/>
          <w:i w:val="0"/>
          <w:sz w:val="20"/>
        </w:rPr>
        <w:t>Outros: _________________________________________________________________</w:t>
      </w:r>
    </w:p>
    <w:p/>
    <w:p>
      <w:r>
        <w:rPr>
          <w:b w:val="0"/>
          <w:i w:val="0"/>
          <w:sz w:val="20"/>
        </w:rPr>
        <w:t>Descrição detalhada das condições encontradas:</w:t>
      </w:r>
    </w:p>
    <w:p>
      <w:r>
        <w:rPr>
          <w:b w:val="0"/>
          <w:i w:val="0"/>
          <w:sz w:val="20"/>
        </w:rPr>
        <w:t>1. Paredes (estado, pintura, infiltrações, trincas):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2. Pisos (tipo, estado, revestimentos, danos):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3. Teto e forro (estado, infiltrações, danos):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4. Portas e janelas (funcionamento, segurança, estado):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5. Instalações elétricas (funcionamento, fiação aparente, disjuntores):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6. Instalações hidráulicas (vazamentos, torneiras, ralos, encanamentos):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7. Equipamentos e móveis embutidos (estado e funcionamento):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8. Outros itens relevantes (ex.: sistemas de segurança, ar-condicionado, elevadores):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/>
    <w:p/>
    <w:p>
      <w:r>
        <w:rPr>
          <w:b/>
          <w:sz w:val="22"/>
        </w:rPr>
        <w:t>AVALIAÇÃO ESTRUTURAL</w:t>
      </w:r>
    </w:p>
    <w:p>
      <w:r>
        <w:rPr>
          <w:b w:val="0"/>
          <w:i w:val="0"/>
          <w:sz w:val="20"/>
        </w:rPr>
        <w:t>O imóvel apresenta condições estruturais:</w:t>
      </w:r>
    </w:p>
    <w:p>
      <w:r>
        <w:rPr>
          <w:b w:val="0"/>
          <w:i w:val="0"/>
          <w:sz w:val="20"/>
        </w:rPr>
        <w:t>( ) Adequadas para uso imediato</w:t>
      </w:r>
    </w:p>
    <w:p>
      <w:r>
        <w:rPr>
          <w:b w:val="0"/>
          <w:i w:val="0"/>
          <w:sz w:val="20"/>
        </w:rPr>
        <w:t>( ) Necessárias reparos pontuais</w:t>
      </w:r>
    </w:p>
    <w:p>
      <w:r>
        <w:rPr>
          <w:b w:val="0"/>
          <w:i w:val="0"/>
          <w:sz w:val="20"/>
        </w:rPr>
        <w:t>( ) Necessita de reparos significativos</w:t>
      </w:r>
    </w:p>
    <w:p>
      <w:r>
        <w:rPr>
          <w:b w:val="0"/>
          <w:i w:val="0"/>
          <w:sz w:val="20"/>
        </w:rPr>
        <w:t>( ) Estado comprometido, requer avaliação técnica especializada</w:t>
      </w:r>
    </w:p>
    <w:p>
      <w:r>
        <w:rPr>
          <w:b w:val="0"/>
          <w:i w:val="0"/>
          <w:sz w:val="20"/>
        </w:rPr>
      </w:r>
    </w:p>
    <w:p>
      <w:r>
        <w:rPr>
          <w:b w:val="0"/>
          <w:i w:val="0"/>
          <w:sz w:val="20"/>
        </w:rPr>
        <w:t>Observações adicionais: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/>
    <w:p/>
    <w:p>
      <w:r>
        <w:rPr>
          <w:b/>
          <w:sz w:val="22"/>
        </w:rPr>
        <w:t>RECOMENDAÇÕES</w:t>
      </w:r>
    </w:p>
    <w:p>
      <w:r>
        <w:rPr>
          <w:b w:val="0"/>
          <w:i w:val="0"/>
          <w:sz w:val="20"/>
        </w:rPr>
        <w:t>Com base na vistoria, recomenda-se:</w:t>
      </w:r>
    </w:p>
    <w:p>
      <w:r>
        <w:rPr>
          <w:b w:val="0"/>
          <w:i w:val="0"/>
          <w:sz w:val="20"/>
        </w:rPr>
        <w:t>- Realização de reparos em: _________________________________________________</w:t>
      </w:r>
    </w:p>
    <w:p>
      <w:r>
        <w:rPr>
          <w:b w:val="0"/>
          <w:i w:val="0"/>
          <w:sz w:val="20"/>
        </w:rPr>
        <w:t>- Manutenção preventiva em: _________________________________________________</w:t>
      </w:r>
    </w:p>
    <w:p>
      <w:r>
        <w:rPr>
          <w:b w:val="0"/>
          <w:i w:val="0"/>
          <w:sz w:val="20"/>
        </w:rPr>
        <w:t>- Inspeção técnica especializada em: _________________________________________</w:t>
      </w:r>
    </w:p>
    <w:p>
      <w:r>
        <w:rPr>
          <w:b w:val="0"/>
          <w:i w:val="0"/>
          <w:sz w:val="20"/>
        </w:rPr>
        <w:t>- Outras providências: 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/>
    <w:p/>
    <w:p>
      <w:r>
        <w:rPr>
          <w:b/>
          <w:sz w:val="22"/>
        </w:rPr>
        <w:t>FOTOS E ANEXOS</w:t>
      </w:r>
    </w:p>
    <w:p>
      <w:r>
        <w:rPr>
          <w:b w:val="0"/>
          <w:i w:val="0"/>
          <w:sz w:val="20"/>
        </w:rPr>
        <w:t>Este laudo poderá ser acompanhado de fotografias e documentos anexos que comprovem as condições descritas na vistoria.</w:t>
      </w:r>
    </w:p>
    <w:p/>
    <w:p/>
    <w:p>
      <w:r>
        <w:rPr>
          <w:b w:val="0"/>
          <w:i/>
          <w:sz w:val="20"/>
        </w:rPr>
        <w:t>Declaro, para os devidos fins, que as informações contidas neste laudo são verdadeiras e refletem as condições do imóvel na data da vistoria.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Assinatura do Vistoriador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Assinatura do Requerente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https://modelo-lex.com/vistoria-de-imovel/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vistoria-de-imovel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